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A3C1C" w14:textId="412E4699" w:rsidR="005A06F7" w:rsidRDefault="005A06F7" w:rsidP="007545F2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Arial" w:hAnsi="Arial" w:cs="Arial"/>
          <w:b/>
          <w:bCs/>
          <w:color w:val="003366"/>
          <w:szCs w:val="20"/>
          <w:lang w:val="it-IT"/>
        </w:rPr>
      </w:pPr>
      <w:r>
        <w:rPr>
          <w:rFonts w:ascii="Arial" w:hAnsi="Arial" w:cs="Arial"/>
          <w:b/>
          <w:bCs/>
          <w:color w:val="003366"/>
          <w:szCs w:val="20"/>
          <w:lang w:val="it-IT"/>
        </w:rPr>
        <w:t>MODULO RICHIESTA E DICHIARAZIONE SOSTITUTIVA PER REINTEGRO MASTELLI / BIDONI</w:t>
      </w:r>
    </w:p>
    <w:p w14:paraId="0040F144" w14:textId="0E39CFB5" w:rsidR="005A06F7" w:rsidRDefault="005A06F7" w:rsidP="007545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3366"/>
          <w:szCs w:val="20"/>
          <w:lang w:val="it-IT"/>
        </w:rPr>
      </w:pPr>
      <w:r>
        <w:rPr>
          <w:rFonts w:ascii="Arial" w:hAnsi="Arial" w:cs="Arial"/>
          <w:b/>
          <w:bCs/>
          <w:color w:val="003366"/>
          <w:szCs w:val="20"/>
          <w:lang w:val="it-IT"/>
        </w:rPr>
        <w:t>A SEGUITO DI FURTO</w:t>
      </w:r>
      <w:r w:rsidR="00150C96">
        <w:rPr>
          <w:rFonts w:ascii="Arial" w:hAnsi="Arial" w:cs="Arial"/>
          <w:b/>
          <w:bCs/>
          <w:color w:val="003366"/>
          <w:szCs w:val="20"/>
          <w:lang w:val="it-IT"/>
        </w:rPr>
        <w:t xml:space="preserve"> /</w:t>
      </w:r>
      <w:r>
        <w:rPr>
          <w:rFonts w:ascii="Arial" w:hAnsi="Arial" w:cs="Arial"/>
          <w:b/>
          <w:bCs/>
          <w:color w:val="003366"/>
          <w:szCs w:val="20"/>
          <w:lang w:val="it-IT"/>
        </w:rPr>
        <w:t xml:space="preserve"> SMARRIMENTO</w:t>
      </w:r>
      <w:r w:rsidR="00150C96">
        <w:rPr>
          <w:rFonts w:ascii="Arial" w:hAnsi="Arial" w:cs="Arial"/>
          <w:b/>
          <w:bCs/>
          <w:color w:val="003366"/>
          <w:szCs w:val="20"/>
          <w:lang w:val="it-IT"/>
        </w:rPr>
        <w:t xml:space="preserve"> / DANNEGGIAMENTO</w:t>
      </w:r>
    </w:p>
    <w:p w14:paraId="01620E71" w14:textId="5674712E" w:rsidR="00296B75" w:rsidRPr="008F28A2" w:rsidRDefault="005A06F7" w:rsidP="007545F2">
      <w:pPr>
        <w:spacing w:after="120" w:line="240" w:lineRule="auto"/>
        <w:jc w:val="center"/>
        <w:rPr>
          <w:lang w:val="it-IT"/>
        </w:rPr>
      </w:pPr>
      <w:r>
        <w:rPr>
          <w:rFonts w:ascii="Arial" w:hAnsi="Arial" w:cs="Arial"/>
          <w:b/>
          <w:bCs/>
          <w:i/>
          <w:iCs/>
          <w:color w:val="555555"/>
          <w:sz w:val="16"/>
          <w:szCs w:val="16"/>
          <w:lang w:val="it-IT"/>
        </w:rPr>
        <w:t>(D.P.R. 28 dicembre 2000, n. 445 - Artt. 46 e 47)</w:t>
      </w:r>
    </w:p>
    <w:tbl>
      <w:tblPr>
        <w:tblW w:w="5090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89"/>
        <w:gridCol w:w="1618"/>
        <w:gridCol w:w="1589"/>
        <w:gridCol w:w="1655"/>
        <w:gridCol w:w="600"/>
        <w:gridCol w:w="1097"/>
        <w:gridCol w:w="552"/>
        <w:gridCol w:w="234"/>
        <w:gridCol w:w="888"/>
        <w:gridCol w:w="1425"/>
      </w:tblGrid>
      <w:tr w:rsidR="003003B2" w:rsidRPr="00150C96" w14:paraId="1E6358CD" w14:textId="38E15705" w:rsidTr="00F21C5E">
        <w:trPr>
          <w:trHeight w:val="57"/>
        </w:trPr>
        <w:tc>
          <w:tcPr>
            <w:tcW w:w="5000" w:type="pct"/>
            <w:gridSpan w:val="10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shd w:val="clear" w:color="auto" w:fill="17365D" w:themeFill="text2" w:themeFillShade="B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D42931" w14:textId="6CAD8508" w:rsidR="003003B2" w:rsidRPr="003003B2" w:rsidRDefault="003003B2" w:rsidP="00140FD8">
            <w:pPr>
              <w:spacing w:after="0" w:line="240" w:lineRule="auto"/>
              <w:rPr>
                <w:b/>
                <w:color w:val="FFFFFF"/>
                <w:szCs w:val="28"/>
                <w:lang w:val="it-IT"/>
              </w:rPr>
            </w:pPr>
            <w:r w:rsidRPr="003003B2">
              <w:rPr>
                <w:b/>
                <w:color w:val="FFFFFF"/>
                <w:szCs w:val="28"/>
                <w:lang w:val="it-IT"/>
              </w:rPr>
              <w:t>1. DATI ANAGRAFICI E UTENZA TA.RI.</w:t>
            </w:r>
          </w:p>
        </w:tc>
      </w:tr>
      <w:tr w:rsidR="003003B2" w:rsidRPr="00150C96" w14:paraId="19B8293F" w14:textId="613D167D" w:rsidTr="00150C96">
        <w:trPr>
          <w:trHeight w:val="113"/>
        </w:trPr>
        <w:tc>
          <w:tcPr>
            <w:tcW w:w="1225" w:type="pct"/>
            <w:gridSpan w:val="2"/>
            <w:tcBorders>
              <w:top w:val="single" w:sz="4" w:space="0" w:color="17365D" w:themeColor="text2" w:themeShade="BF"/>
            </w:tcBorders>
            <w:shd w:val="clear" w:color="auto" w:fill="F8F9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F8D10F" w14:textId="21CF665C" w:rsidR="003003B2" w:rsidRPr="008F28A2" w:rsidRDefault="003003B2" w:rsidP="00140FD8">
            <w:pPr>
              <w:spacing w:after="0" w:line="240" w:lineRule="auto"/>
              <w:rPr>
                <w:lang w:val="it-IT"/>
              </w:rPr>
            </w:pPr>
            <w:r w:rsidRPr="008F28A2">
              <w:rPr>
                <w:b/>
                <w:color w:val="323232"/>
                <w:sz w:val="17"/>
                <w:lang w:val="it-IT"/>
              </w:rPr>
              <w:t>Cognome e Nome / Rag</w:t>
            </w:r>
            <w:r>
              <w:rPr>
                <w:b/>
                <w:color w:val="323232"/>
                <w:sz w:val="17"/>
                <w:lang w:val="it-IT"/>
              </w:rPr>
              <w:t>.</w:t>
            </w:r>
            <w:r w:rsidRPr="008F28A2">
              <w:rPr>
                <w:b/>
                <w:color w:val="323232"/>
                <w:sz w:val="17"/>
                <w:lang w:val="it-IT"/>
              </w:rPr>
              <w:t xml:space="preserve"> Soc:</w:t>
            </w:r>
          </w:p>
        </w:tc>
        <w:tc>
          <w:tcPr>
            <w:tcW w:w="3775" w:type="pct"/>
            <w:gridSpan w:val="8"/>
            <w:tcBorders>
              <w:top w:val="single" w:sz="4" w:space="0" w:color="17365D" w:themeColor="text2" w:themeShade="BF"/>
            </w:tcBorders>
            <w:shd w:val="clear" w:color="auto" w:fill="F8F9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94A381" w14:textId="7DCD6078" w:rsidR="003003B2" w:rsidRPr="008F28A2" w:rsidRDefault="003003B2" w:rsidP="00140FD8">
            <w:pPr>
              <w:spacing w:after="0" w:line="240" w:lineRule="auto"/>
              <w:rPr>
                <w:lang w:val="it-IT"/>
              </w:rPr>
            </w:pPr>
          </w:p>
        </w:tc>
      </w:tr>
      <w:tr w:rsidR="00140FD8" w14:paraId="38516C42" w14:textId="045193DD" w:rsidTr="00150C96">
        <w:trPr>
          <w:trHeight w:val="113"/>
        </w:trPr>
        <w:tc>
          <w:tcPr>
            <w:tcW w:w="1225" w:type="pct"/>
            <w:gridSpan w:val="2"/>
            <w:shd w:val="clear" w:color="auto" w:fill="F8F9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DF1054" w14:textId="63C2D735" w:rsidR="008F28A2" w:rsidRPr="008F28A2" w:rsidRDefault="008F28A2" w:rsidP="00140FD8">
            <w:pPr>
              <w:spacing w:after="0" w:line="240" w:lineRule="auto"/>
              <w:rPr>
                <w:b/>
                <w:color w:val="323232"/>
                <w:sz w:val="17"/>
                <w:lang w:val="it-IT"/>
              </w:rPr>
            </w:pPr>
            <w:proofErr w:type="spellStart"/>
            <w:r>
              <w:rPr>
                <w:b/>
                <w:color w:val="323232"/>
                <w:sz w:val="17"/>
              </w:rPr>
              <w:t>Codice</w:t>
            </w:r>
            <w:proofErr w:type="spellEnd"/>
            <w:r>
              <w:rPr>
                <w:b/>
                <w:color w:val="323232"/>
                <w:sz w:val="17"/>
              </w:rPr>
              <w:t xml:space="preserve"> </w:t>
            </w:r>
            <w:proofErr w:type="spellStart"/>
            <w:r>
              <w:rPr>
                <w:b/>
                <w:color w:val="323232"/>
                <w:sz w:val="17"/>
              </w:rPr>
              <w:t>Fiscale</w:t>
            </w:r>
            <w:proofErr w:type="spellEnd"/>
            <w:r>
              <w:rPr>
                <w:b/>
                <w:color w:val="323232"/>
                <w:sz w:val="17"/>
              </w:rPr>
              <w:t xml:space="preserve"> / P.IVA:</w:t>
            </w:r>
            <w:r>
              <w:rPr>
                <w:sz w:val="17"/>
              </w:rPr>
              <w:t xml:space="preserve"> </w:t>
            </w:r>
          </w:p>
        </w:tc>
        <w:tc>
          <w:tcPr>
            <w:tcW w:w="1804" w:type="pct"/>
            <w:gridSpan w:val="3"/>
            <w:shd w:val="clear" w:color="auto" w:fill="F8F9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821AF8" w14:textId="578DC261" w:rsidR="008F28A2" w:rsidRDefault="008F28A2" w:rsidP="00140FD8">
            <w:pPr>
              <w:spacing w:after="0" w:line="240" w:lineRule="auto"/>
              <w:rPr>
                <w:b/>
                <w:color w:val="323232"/>
                <w:sz w:val="17"/>
              </w:rPr>
            </w:pPr>
          </w:p>
        </w:tc>
        <w:tc>
          <w:tcPr>
            <w:tcW w:w="774" w:type="pct"/>
            <w:gridSpan w:val="2"/>
            <w:shd w:val="clear" w:color="auto" w:fill="F8F9FA"/>
            <w:vAlign w:val="center"/>
          </w:tcPr>
          <w:p w14:paraId="1F6D45D3" w14:textId="0B6C1E57" w:rsidR="008F28A2" w:rsidRDefault="008F28A2" w:rsidP="00140FD8">
            <w:pPr>
              <w:spacing w:after="0" w:line="240" w:lineRule="auto"/>
              <w:rPr>
                <w:rFonts w:ascii="Arial" w:hAnsi="Arial" w:cs="Arial"/>
                <w:color w:val="222222"/>
                <w:sz w:val="15"/>
                <w:szCs w:val="15"/>
                <w:lang w:val="it-IT"/>
              </w:rPr>
            </w:pPr>
            <w:r>
              <w:rPr>
                <w:rFonts w:ascii="Arial" w:hAnsi="Arial" w:cs="Arial"/>
                <w:b/>
                <w:bCs/>
                <w:color w:val="222222"/>
                <w:sz w:val="15"/>
                <w:szCs w:val="15"/>
                <w:lang w:val="it-IT"/>
              </w:rPr>
              <w:t>Co</w:t>
            </w:r>
            <w:r w:rsidR="003003B2">
              <w:rPr>
                <w:rFonts w:ascii="Arial" w:hAnsi="Arial" w:cs="Arial"/>
                <w:b/>
                <w:bCs/>
                <w:color w:val="222222"/>
                <w:sz w:val="15"/>
                <w:szCs w:val="15"/>
                <w:lang w:val="it-IT"/>
              </w:rPr>
              <w:t xml:space="preserve">d. </w:t>
            </w:r>
            <w:r>
              <w:rPr>
                <w:rFonts w:ascii="Arial" w:hAnsi="Arial" w:cs="Arial"/>
                <w:b/>
                <w:bCs/>
                <w:color w:val="222222"/>
                <w:sz w:val="15"/>
                <w:szCs w:val="15"/>
                <w:lang w:val="it-IT"/>
              </w:rPr>
              <w:t xml:space="preserve">utenza </w:t>
            </w:r>
            <w:r w:rsidR="003003B2">
              <w:rPr>
                <w:rFonts w:ascii="Arial" w:hAnsi="Arial" w:cs="Arial"/>
                <w:b/>
                <w:bCs/>
                <w:color w:val="222222"/>
                <w:sz w:val="15"/>
                <w:szCs w:val="15"/>
                <w:lang w:val="it-IT"/>
              </w:rPr>
              <w:t>T</w:t>
            </w:r>
            <w:r>
              <w:rPr>
                <w:rFonts w:ascii="Arial" w:hAnsi="Arial" w:cs="Arial"/>
                <w:b/>
                <w:bCs/>
                <w:color w:val="222222"/>
                <w:sz w:val="15"/>
                <w:szCs w:val="15"/>
                <w:lang w:val="it-IT"/>
              </w:rPr>
              <w:t>ARI.:</w:t>
            </w:r>
          </w:p>
        </w:tc>
        <w:tc>
          <w:tcPr>
            <w:tcW w:w="1197" w:type="pct"/>
            <w:gridSpan w:val="3"/>
            <w:shd w:val="clear" w:color="auto" w:fill="F8F9FA"/>
            <w:vAlign w:val="center"/>
          </w:tcPr>
          <w:p w14:paraId="48A22C79" w14:textId="1433B9D8" w:rsidR="008F28A2" w:rsidRDefault="008F28A2" w:rsidP="00140FD8">
            <w:pPr>
              <w:spacing w:after="0" w:line="240" w:lineRule="auto"/>
              <w:rPr>
                <w:rFonts w:ascii="Arial" w:hAnsi="Arial" w:cs="Arial"/>
                <w:color w:val="222222"/>
                <w:sz w:val="15"/>
                <w:szCs w:val="15"/>
                <w:lang w:val="it-IT"/>
              </w:rPr>
            </w:pPr>
          </w:p>
        </w:tc>
      </w:tr>
      <w:tr w:rsidR="00140FD8" w14:paraId="18AF2027" w14:textId="1090F7B9" w:rsidTr="00150C96">
        <w:trPr>
          <w:trHeight w:val="113"/>
        </w:trPr>
        <w:tc>
          <w:tcPr>
            <w:tcW w:w="1225" w:type="pct"/>
            <w:gridSpan w:val="2"/>
            <w:shd w:val="clear" w:color="auto" w:fill="F8F9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131427" w14:textId="3B34D7C4" w:rsidR="008F28A2" w:rsidRDefault="008F28A2" w:rsidP="00140FD8">
            <w:pPr>
              <w:spacing w:after="0" w:line="240" w:lineRule="auto"/>
            </w:pPr>
            <w:r>
              <w:rPr>
                <w:b/>
                <w:color w:val="323232"/>
                <w:sz w:val="17"/>
              </w:rPr>
              <w:t>Nato/a a:</w:t>
            </w:r>
            <w:r>
              <w:rPr>
                <w:sz w:val="17"/>
              </w:rPr>
              <w:t xml:space="preserve"> </w:t>
            </w:r>
          </w:p>
        </w:tc>
        <w:tc>
          <w:tcPr>
            <w:tcW w:w="1804" w:type="pct"/>
            <w:gridSpan w:val="3"/>
            <w:shd w:val="clear" w:color="auto" w:fill="F8F9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F8F3D5" w14:textId="0E7A8342" w:rsidR="008F28A2" w:rsidRDefault="008F28A2" w:rsidP="00140FD8">
            <w:pPr>
              <w:spacing w:after="0" w:line="240" w:lineRule="auto"/>
            </w:pPr>
          </w:p>
        </w:tc>
        <w:tc>
          <w:tcPr>
            <w:tcW w:w="774" w:type="pct"/>
            <w:gridSpan w:val="2"/>
            <w:shd w:val="clear" w:color="auto" w:fill="F8F9FA"/>
            <w:vAlign w:val="center"/>
          </w:tcPr>
          <w:p w14:paraId="626FB685" w14:textId="3DB7EA6E" w:rsidR="008F28A2" w:rsidRDefault="003003B2" w:rsidP="00140FD8">
            <w:pPr>
              <w:spacing w:after="0" w:line="240" w:lineRule="auto"/>
            </w:pPr>
            <w:r w:rsidRPr="003003B2">
              <w:rPr>
                <w:rFonts w:ascii="Arial" w:hAnsi="Arial" w:cs="Arial"/>
                <w:b/>
                <w:bCs/>
                <w:color w:val="222222"/>
                <w:sz w:val="15"/>
                <w:szCs w:val="15"/>
                <w:lang w:val="it-IT"/>
              </w:rPr>
              <w:t>Data di nascita:</w:t>
            </w:r>
          </w:p>
        </w:tc>
        <w:tc>
          <w:tcPr>
            <w:tcW w:w="1197" w:type="pct"/>
            <w:gridSpan w:val="3"/>
            <w:shd w:val="clear" w:color="auto" w:fill="F8F9FA"/>
            <w:vAlign w:val="center"/>
          </w:tcPr>
          <w:p w14:paraId="247C3EEA" w14:textId="3E1C6587" w:rsidR="008F28A2" w:rsidRDefault="008F28A2" w:rsidP="00140FD8">
            <w:pPr>
              <w:spacing w:after="0" w:line="240" w:lineRule="auto"/>
            </w:pPr>
          </w:p>
        </w:tc>
      </w:tr>
      <w:tr w:rsidR="00140FD8" w14:paraId="20DDF886" w14:textId="4D864E28" w:rsidTr="00150C96">
        <w:trPr>
          <w:trHeight w:val="113"/>
        </w:trPr>
        <w:tc>
          <w:tcPr>
            <w:tcW w:w="1225" w:type="pct"/>
            <w:gridSpan w:val="2"/>
            <w:shd w:val="clear" w:color="auto" w:fill="F8F9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712FB1" w14:textId="30394C29" w:rsidR="008F28A2" w:rsidRPr="008F28A2" w:rsidRDefault="008F28A2" w:rsidP="00140FD8">
            <w:pPr>
              <w:spacing w:after="0" w:line="240" w:lineRule="auto"/>
              <w:rPr>
                <w:lang w:val="it-IT"/>
              </w:rPr>
            </w:pPr>
            <w:r>
              <w:rPr>
                <w:rFonts w:ascii="Arial" w:hAnsi="Arial" w:cs="Arial"/>
                <w:b/>
                <w:bCs/>
                <w:color w:val="111111"/>
                <w:sz w:val="15"/>
                <w:szCs w:val="15"/>
                <w:lang w:val="it-IT"/>
              </w:rPr>
              <w:t>Residente / Sede in Via/Piazza:</w:t>
            </w:r>
          </w:p>
        </w:tc>
        <w:tc>
          <w:tcPr>
            <w:tcW w:w="1804" w:type="pct"/>
            <w:gridSpan w:val="3"/>
            <w:shd w:val="clear" w:color="auto" w:fill="F8F9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3F63A1" w14:textId="0D0A31E7" w:rsidR="008F28A2" w:rsidRPr="003003B2" w:rsidRDefault="008F28A2" w:rsidP="00140FD8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774" w:type="pct"/>
            <w:gridSpan w:val="2"/>
            <w:shd w:val="clear" w:color="auto" w:fill="F8F9FA"/>
            <w:vAlign w:val="center"/>
          </w:tcPr>
          <w:p w14:paraId="63E9F9BB" w14:textId="6BFDEE34" w:rsidR="008F28A2" w:rsidRPr="003003B2" w:rsidRDefault="003003B2" w:rsidP="00140FD8">
            <w:pPr>
              <w:spacing w:after="0" w:line="240" w:lineRule="auto"/>
              <w:rPr>
                <w:rFonts w:ascii="Arial" w:hAnsi="Arial" w:cs="Arial"/>
                <w:b/>
                <w:bCs/>
                <w:color w:val="222222"/>
                <w:sz w:val="15"/>
                <w:szCs w:val="15"/>
                <w:lang w:val="it-IT"/>
              </w:rPr>
            </w:pPr>
            <w:r w:rsidRPr="003003B2">
              <w:rPr>
                <w:rFonts w:ascii="Arial" w:hAnsi="Arial" w:cs="Arial"/>
                <w:b/>
                <w:bCs/>
                <w:color w:val="222222"/>
                <w:sz w:val="15"/>
                <w:szCs w:val="15"/>
                <w:lang w:val="it-IT"/>
              </w:rPr>
              <w:t>Civico</w:t>
            </w:r>
            <w:r>
              <w:rPr>
                <w:rFonts w:ascii="Arial" w:hAnsi="Arial" w:cs="Arial"/>
                <w:b/>
                <w:bCs/>
                <w:color w:val="222222"/>
                <w:sz w:val="15"/>
                <w:szCs w:val="15"/>
                <w:lang w:val="it-IT"/>
              </w:rPr>
              <w:t>:</w:t>
            </w:r>
          </w:p>
        </w:tc>
        <w:tc>
          <w:tcPr>
            <w:tcW w:w="1197" w:type="pct"/>
            <w:gridSpan w:val="3"/>
            <w:shd w:val="clear" w:color="auto" w:fill="F8F9FA"/>
            <w:vAlign w:val="center"/>
          </w:tcPr>
          <w:p w14:paraId="34712262" w14:textId="72B9FB48" w:rsidR="008F28A2" w:rsidRDefault="008F28A2" w:rsidP="00140FD8">
            <w:pPr>
              <w:spacing w:after="0" w:line="240" w:lineRule="auto"/>
              <w:rPr>
                <w:rFonts w:ascii="Arial" w:hAnsi="Arial" w:cs="Arial"/>
                <w:color w:val="222222"/>
                <w:sz w:val="15"/>
                <w:szCs w:val="15"/>
                <w:lang w:val="it-IT"/>
              </w:rPr>
            </w:pPr>
          </w:p>
        </w:tc>
      </w:tr>
      <w:tr w:rsidR="00140FD8" w14:paraId="73E6A5C7" w14:textId="7340D8DF" w:rsidTr="00150C96">
        <w:trPr>
          <w:trHeight w:val="113"/>
        </w:trPr>
        <w:tc>
          <w:tcPr>
            <w:tcW w:w="1225" w:type="pct"/>
            <w:gridSpan w:val="2"/>
            <w:shd w:val="clear" w:color="auto" w:fill="F8F9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93E8C5" w14:textId="796D591F" w:rsidR="008F28A2" w:rsidRDefault="008F28A2" w:rsidP="00140FD8">
            <w:pPr>
              <w:spacing w:after="0" w:line="240" w:lineRule="auto"/>
            </w:pPr>
            <w:proofErr w:type="spellStart"/>
            <w:r>
              <w:rPr>
                <w:b/>
                <w:color w:val="323232"/>
                <w:sz w:val="17"/>
              </w:rPr>
              <w:t>Telefono</w:t>
            </w:r>
            <w:proofErr w:type="spellEnd"/>
            <w:r>
              <w:rPr>
                <w:b/>
                <w:color w:val="323232"/>
                <w:sz w:val="17"/>
              </w:rPr>
              <w:t xml:space="preserve"> / </w:t>
            </w:r>
            <w:proofErr w:type="spellStart"/>
            <w:r>
              <w:rPr>
                <w:b/>
                <w:color w:val="323232"/>
                <w:sz w:val="17"/>
              </w:rPr>
              <w:t>Cellulare</w:t>
            </w:r>
            <w:proofErr w:type="spellEnd"/>
            <w:r>
              <w:rPr>
                <w:b/>
                <w:color w:val="323232"/>
                <w:sz w:val="17"/>
              </w:rPr>
              <w:t>:</w:t>
            </w:r>
            <w:r>
              <w:rPr>
                <w:sz w:val="17"/>
              </w:rPr>
              <w:t xml:space="preserve"> </w:t>
            </w:r>
          </w:p>
        </w:tc>
        <w:tc>
          <w:tcPr>
            <w:tcW w:w="1804" w:type="pct"/>
            <w:gridSpan w:val="3"/>
            <w:shd w:val="clear" w:color="auto" w:fill="F8F9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55C156" w14:textId="216D0B14" w:rsidR="008F28A2" w:rsidRDefault="008F28A2" w:rsidP="00140FD8">
            <w:pPr>
              <w:spacing w:after="0" w:line="240" w:lineRule="auto"/>
            </w:pPr>
          </w:p>
        </w:tc>
        <w:tc>
          <w:tcPr>
            <w:tcW w:w="774" w:type="pct"/>
            <w:gridSpan w:val="2"/>
            <w:shd w:val="clear" w:color="auto" w:fill="F8F9FA"/>
            <w:vAlign w:val="center"/>
          </w:tcPr>
          <w:p w14:paraId="04A65391" w14:textId="3B97DA15" w:rsidR="008F28A2" w:rsidRDefault="003003B2" w:rsidP="00140FD8">
            <w:pPr>
              <w:spacing w:after="0" w:line="240" w:lineRule="auto"/>
              <w:rPr>
                <w:b/>
                <w:color w:val="323232"/>
                <w:sz w:val="17"/>
              </w:rPr>
            </w:pPr>
            <w:r>
              <w:rPr>
                <w:rFonts w:ascii="Arial" w:hAnsi="Arial" w:cs="Arial"/>
                <w:b/>
                <w:bCs/>
                <w:color w:val="222222"/>
                <w:sz w:val="15"/>
                <w:szCs w:val="15"/>
                <w:lang w:val="it-IT"/>
              </w:rPr>
              <w:t>E-mail / PEC:</w:t>
            </w:r>
          </w:p>
        </w:tc>
        <w:tc>
          <w:tcPr>
            <w:tcW w:w="1197" w:type="pct"/>
            <w:gridSpan w:val="3"/>
            <w:shd w:val="clear" w:color="auto" w:fill="F8F9FA"/>
            <w:vAlign w:val="center"/>
          </w:tcPr>
          <w:p w14:paraId="19CCE9F6" w14:textId="221E6F73" w:rsidR="008F28A2" w:rsidRDefault="008F28A2" w:rsidP="00140FD8">
            <w:pPr>
              <w:spacing w:after="0" w:line="240" w:lineRule="auto"/>
              <w:rPr>
                <w:b/>
                <w:color w:val="323232"/>
                <w:sz w:val="17"/>
              </w:rPr>
            </w:pPr>
          </w:p>
        </w:tc>
      </w:tr>
      <w:tr w:rsidR="003003B2" w:rsidRPr="00150C96" w14:paraId="77F61485" w14:textId="5A203FD0" w:rsidTr="00150C96">
        <w:trPr>
          <w:trHeight w:val="113"/>
        </w:trPr>
        <w:tc>
          <w:tcPr>
            <w:tcW w:w="1225" w:type="pct"/>
            <w:gridSpan w:val="2"/>
            <w:tcBorders>
              <w:bottom w:val="single" w:sz="4" w:space="0" w:color="17365D" w:themeColor="text2" w:themeShade="BF"/>
            </w:tcBorders>
            <w:shd w:val="clear" w:color="auto" w:fill="F8F9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EC896A" w14:textId="7F861D83" w:rsidR="003003B2" w:rsidRPr="008F28A2" w:rsidRDefault="003003B2" w:rsidP="00140FD8">
            <w:pPr>
              <w:spacing w:after="0" w:line="240" w:lineRule="auto"/>
              <w:rPr>
                <w:b/>
                <w:color w:val="323232"/>
                <w:sz w:val="17"/>
                <w:lang w:val="it-IT"/>
              </w:rPr>
            </w:pPr>
            <w:r w:rsidRPr="008F28A2">
              <w:rPr>
                <w:b/>
                <w:sz w:val="18"/>
                <w:lang w:val="it-IT"/>
              </w:rPr>
              <w:t xml:space="preserve">In qualità di:  </w:t>
            </w:r>
          </w:p>
        </w:tc>
        <w:tc>
          <w:tcPr>
            <w:tcW w:w="3775" w:type="pct"/>
            <w:gridSpan w:val="8"/>
            <w:tcBorders>
              <w:bottom w:val="single" w:sz="4" w:space="0" w:color="17365D" w:themeColor="text2" w:themeShade="BF"/>
            </w:tcBorders>
            <w:shd w:val="clear" w:color="auto" w:fill="F8F9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3CF704" w14:textId="20A427D5" w:rsidR="003003B2" w:rsidRPr="008F28A2" w:rsidRDefault="003003B2" w:rsidP="00140FD8">
            <w:pPr>
              <w:spacing w:after="0" w:line="240" w:lineRule="auto"/>
              <w:rPr>
                <w:sz w:val="18"/>
                <w:szCs w:val="20"/>
                <w:lang w:val="it-IT"/>
              </w:rPr>
            </w:pPr>
            <w:proofErr w:type="gramStart"/>
            <w:r w:rsidRPr="008F28A2">
              <w:rPr>
                <w:sz w:val="18"/>
                <w:szCs w:val="20"/>
                <w:lang w:val="it-IT"/>
              </w:rPr>
              <w:t>[  ]</w:t>
            </w:r>
            <w:proofErr w:type="gramEnd"/>
            <w:r w:rsidRPr="008F28A2">
              <w:rPr>
                <w:sz w:val="18"/>
                <w:szCs w:val="20"/>
                <w:lang w:val="it-IT"/>
              </w:rPr>
              <w:t xml:space="preserve"> Intestatario Utenza Domestica  </w:t>
            </w:r>
            <w:proofErr w:type="gramStart"/>
            <w:r w:rsidRPr="008F28A2">
              <w:rPr>
                <w:sz w:val="18"/>
                <w:szCs w:val="20"/>
                <w:lang w:val="it-IT"/>
              </w:rPr>
              <w:t xml:space="preserve">   [  ]</w:t>
            </w:r>
            <w:proofErr w:type="gramEnd"/>
            <w:r w:rsidRPr="008F28A2">
              <w:rPr>
                <w:sz w:val="18"/>
                <w:szCs w:val="20"/>
                <w:lang w:val="it-IT"/>
              </w:rPr>
              <w:t xml:space="preserve"> Legale Rapp</w:t>
            </w:r>
            <w:r>
              <w:rPr>
                <w:sz w:val="18"/>
                <w:szCs w:val="20"/>
                <w:lang w:val="it-IT"/>
              </w:rPr>
              <w:t>.</w:t>
            </w:r>
            <w:r w:rsidRPr="008F28A2">
              <w:rPr>
                <w:sz w:val="18"/>
                <w:szCs w:val="20"/>
                <w:lang w:val="it-IT"/>
              </w:rPr>
              <w:t xml:space="preserve"> Utenza Non Domestica (UND)</w:t>
            </w:r>
            <w:r w:rsidRPr="008F28A2">
              <w:rPr>
                <w:sz w:val="18"/>
                <w:szCs w:val="20"/>
                <w:lang w:val="it-IT"/>
              </w:rPr>
              <w:br/>
              <w:t xml:space="preserve">[  ] Delegato dall'intestatario TARI </w:t>
            </w:r>
            <w:r w:rsidRPr="00232328">
              <w:rPr>
                <w:b/>
                <w:bCs/>
                <w:sz w:val="18"/>
                <w:szCs w:val="20"/>
                <w:lang w:val="it-IT"/>
              </w:rPr>
              <w:t>(allegare delega scritta e copia documento di riconoscimento)</w:t>
            </w:r>
          </w:p>
        </w:tc>
      </w:tr>
      <w:tr w:rsidR="003003B2" w:rsidRPr="00150C96" w14:paraId="1DD369F9" w14:textId="77777777" w:rsidTr="00F21C5E">
        <w:trPr>
          <w:trHeight w:val="113"/>
        </w:trPr>
        <w:tc>
          <w:tcPr>
            <w:tcW w:w="5000" w:type="pct"/>
            <w:gridSpan w:val="10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shd w:val="clear" w:color="auto" w:fill="17365D" w:themeFill="text2" w:themeFillShade="B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043E35" w14:textId="14BC15CD" w:rsidR="003003B2" w:rsidRPr="003003B2" w:rsidRDefault="003003B2" w:rsidP="00140FD8">
            <w:pPr>
              <w:spacing w:after="0" w:line="240" w:lineRule="auto"/>
              <w:rPr>
                <w:b/>
                <w:color w:val="FFFFFF"/>
                <w:szCs w:val="28"/>
                <w:lang w:val="it-IT"/>
              </w:rPr>
            </w:pPr>
            <w:r w:rsidRPr="003003B2">
              <w:rPr>
                <w:b/>
                <w:color w:val="FFFFFF"/>
                <w:szCs w:val="28"/>
                <w:lang w:val="it-IT"/>
              </w:rPr>
              <w:t>2. DICHIARAZIONE SOSTITUTIVA DELL'ATTO DI NOTORIETÀ (ART. 47 D.P.R. 445/2000)</w:t>
            </w:r>
          </w:p>
        </w:tc>
      </w:tr>
      <w:tr w:rsidR="003003B2" w:rsidRPr="00150C96" w14:paraId="40689463" w14:textId="77777777" w:rsidTr="00F21C5E">
        <w:trPr>
          <w:trHeight w:val="113"/>
        </w:trPr>
        <w:tc>
          <w:tcPr>
            <w:tcW w:w="5000" w:type="pct"/>
            <w:gridSpan w:val="10"/>
            <w:tcBorders>
              <w:top w:val="single" w:sz="4" w:space="0" w:color="17365D" w:themeColor="text2" w:themeShade="BF"/>
            </w:tcBorders>
            <w:shd w:val="clear" w:color="auto" w:fill="F8F9FA"/>
          </w:tcPr>
          <w:p w14:paraId="3FD7446B" w14:textId="759881B6" w:rsidR="003003B2" w:rsidRPr="007545F2" w:rsidRDefault="003003B2" w:rsidP="007545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theme="majorHAnsi"/>
                <w:sz w:val="18"/>
                <w:szCs w:val="18"/>
                <w:lang w:val="it-IT"/>
              </w:rPr>
            </w:pPr>
            <w:r w:rsidRPr="007545F2">
              <w:rPr>
                <w:rFonts w:asciiTheme="majorHAnsi" w:hAnsiTheme="majorHAnsi" w:cstheme="majorHAnsi"/>
                <w:sz w:val="18"/>
                <w:szCs w:val="18"/>
                <w:lang w:val="it-IT"/>
              </w:rPr>
              <w:t>Il/La sottoscritto/a, consapevole delle sanzioni penali previste dall'art. 76 del D.P.R. 445/2000 per le ipotesi di falsità in atti e dichiarazioni mendaci, sotto la propria personale responsabilità:</w:t>
            </w:r>
          </w:p>
        </w:tc>
      </w:tr>
      <w:tr w:rsidR="003003B2" w:rsidRPr="00150C96" w14:paraId="2E2F0966" w14:textId="77777777" w:rsidTr="00FB54A3">
        <w:trPr>
          <w:trHeight w:val="113"/>
        </w:trPr>
        <w:tc>
          <w:tcPr>
            <w:tcW w:w="5000" w:type="pct"/>
            <w:gridSpan w:val="10"/>
            <w:shd w:val="clear" w:color="auto" w:fill="F8F9FA"/>
          </w:tcPr>
          <w:p w14:paraId="3EA07ED8" w14:textId="1EA88C12" w:rsidR="003003B2" w:rsidRPr="007545F2" w:rsidRDefault="003003B2" w:rsidP="00A014ED">
            <w:pPr>
              <w:spacing w:after="0"/>
              <w:rPr>
                <w:rFonts w:asciiTheme="majorHAnsi" w:hAnsiTheme="majorHAnsi" w:cstheme="majorHAnsi"/>
                <w:color w:val="222222"/>
                <w:sz w:val="18"/>
                <w:szCs w:val="18"/>
                <w:lang w:val="it-IT"/>
              </w:rPr>
            </w:pPr>
            <w:r w:rsidRPr="007545F2">
              <w:rPr>
                <w:rFonts w:asciiTheme="majorHAnsi" w:hAnsiTheme="majorHAnsi" w:cstheme="majorHAnsi"/>
                <w:b/>
                <w:bCs/>
                <w:color w:val="222222"/>
                <w:sz w:val="18"/>
                <w:szCs w:val="18"/>
                <w:lang w:val="it-IT"/>
              </w:rPr>
              <w:t xml:space="preserve">DICHIARA </w:t>
            </w:r>
            <w:r w:rsidRPr="007545F2">
              <w:rPr>
                <w:rFonts w:asciiTheme="majorHAnsi" w:hAnsiTheme="majorHAnsi" w:cstheme="majorHAnsi"/>
                <w:color w:val="222222"/>
                <w:sz w:val="18"/>
                <w:szCs w:val="18"/>
                <w:lang w:val="it-IT"/>
              </w:rPr>
              <w:t>che presso l'immobile sito in Policoro alla Via/Piazza</w:t>
            </w:r>
          </w:p>
        </w:tc>
      </w:tr>
      <w:tr w:rsidR="00232328" w:rsidRPr="003003B2" w14:paraId="6BD17ADE" w14:textId="77777777" w:rsidTr="00150C96">
        <w:trPr>
          <w:trHeight w:val="57"/>
        </w:trPr>
        <w:tc>
          <w:tcPr>
            <w:tcW w:w="2748" w:type="pct"/>
            <w:gridSpan w:val="4"/>
            <w:shd w:val="clear" w:color="auto" w:fill="F8F9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C469CC" w14:textId="77777777" w:rsidR="003003B2" w:rsidRPr="007545F2" w:rsidRDefault="003003B2" w:rsidP="00C17C1C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olor w:val="222222"/>
                <w:sz w:val="18"/>
                <w:szCs w:val="18"/>
                <w:lang w:val="it-IT"/>
              </w:rPr>
            </w:pPr>
          </w:p>
        </w:tc>
        <w:tc>
          <w:tcPr>
            <w:tcW w:w="282" w:type="pct"/>
            <w:shd w:val="clear" w:color="auto" w:fill="F8F9FA"/>
            <w:vAlign w:val="center"/>
          </w:tcPr>
          <w:p w14:paraId="201B6E69" w14:textId="5A688348" w:rsidR="003003B2" w:rsidRPr="007545F2" w:rsidRDefault="003003B2" w:rsidP="007C59AF">
            <w:pPr>
              <w:spacing w:after="0" w:line="240" w:lineRule="auto"/>
              <w:jc w:val="right"/>
              <w:rPr>
                <w:rFonts w:asciiTheme="majorHAnsi" w:hAnsiTheme="majorHAnsi" w:cstheme="majorHAnsi"/>
                <w:color w:val="222222"/>
                <w:sz w:val="18"/>
                <w:szCs w:val="18"/>
                <w:lang w:val="it-IT"/>
              </w:rPr>
            </w:pPr>
            <w:r w:rsidRPr="007545F2">
              <w:rPr>
                <w:rFonts w:asciiTheme="majorHAnsi" w:hAnsiTheme="majorHAnsi" w:cstheme="majorHAnsi"/>
                <w:color w:val="222222"/>
                <w:sz w:val="18"/>
                <w:szCs w:val="18"/>
                <w:lang w:val="it-IT"/>
              </w:rPr>
              <w:t>n.</w:t>
            </w:r>
          </w:p>
        </w:tc>
        <w:tc>
          <w:tcPr>
            <w:tcW w:w="515" w:type="pct"/>
            <w:shd w:val="clear" w:color="auto" w:fill="F8F9FA"/>
            <w:vAlign w:val="center"/>
          </w:tcPr>
          <w:p w14:paraId="6BA8ED2F" w14:textId="77777777" w:rsidR="003003B2" w:rsidRPr="007545F2" w:rsidRDefault="003003B2" w:rsidP="00C17C1C">
            <w:pPr>
              <w:spacing w:after="0" w:line="240" w:lineRule="auto"/>
              <w:rPr>
                <w:rFonts w:asciiTheme="majorHAnsi" w:hAnsiTheme="majorHAnsi" w:cstheme="majorHAnsi"/>
                <w:color w:val="222222"/>
                <w:sz w:val="18"/>
                <w:szCs w:val="18"/>
                <w:lang w:val="it-IT"/>
              </w:rPr>
            </w:pPr>
          </w:p>
        </w:tc>
        <w:tc>
          <w:tcPr>
            <w:tcW w:w="786" w:type="pct"/>
            <w:gridSpan w:val="3"/>
            <w:shd w:val="clear" w:color="auto" w:fill="F8F9FA"/>
            <w:vAlign w:val="center"/>
          </w:tcPr>
          <w:p w14:paraId="57676791" w14:textId="3315F01A" w:rsidR="003003B2" w:rsidRPr="007545F2" w:rsidRDefault="003003B2" w:rsidP="00C17C1C">
            <w:pPr>
              <w:spacing w:after="0" w:line="240" w:lineRule="auto"/>
              <w:rPr>
                <w:rFonts w:asciiTheme="majorHAnsi" w:hAnsiTheme="majorHAnsi" w:cstheme="majorHAnsi"/>
                <w:color w:val="222222"/>
                <w:sz w:val="18"/>
                <w:szCs w:val="18"/>
                <w:lang w:val="it-IT"/>
              </w:rPr>
            </w:pPr>
            <w:r w:rsidRPr="007545F2">
              <w:rPr>
                <w:rFonts w:asciiTheme="majorHAnsi" w:hAnsiTheme="majorHAnsi" w:cstheme="majorHAnsi"/>
                <w:color w:val="222222"/>
                <w:sz w:val="18"/>
                <w:szCs w:val="18"/>
                <w:lang w:val="it-IT"/>
              </w:rPr>
              <w:t>in data</w:t>
            </w:r>
          </w:p>
        </w:tc>
        <w:tc>
          <w:tcPr>
            <w:tcW w:w="670" w:type="pct"/>
            <w:shd w:val="clear" w:color="auto" w:fill="F8F9FA"/>
            <w:vAlign w:val="center"/>
          </w:tcPr>
          <w:p w14:paraId="34FD1312" w14:textId="77777777" w:rsidR="003003B2" w:rsidRPr="007545F2" w:rsidRDefault="003003B2" w:rsidP="00C17C1C">
            <w:pPr>
              <w:spacing w:after="0" w:line="240" w:lineRule="auto"/>
              <w:rPr>
                <w:rFonts w:asciiTheme="majorHAnsi" w:hAnsiTheme="majorHAnsi" w:cstheme="majorHAnsi"/>
                <w:color w:val="222222"/>
                <w:sz w:val="18"/>
                <w:szCs w:val="18"/>
                <w:lang w:val="it-IT"/>
              </w:rPr>
            </w:pPr>
          </w:p>
        </w:tc>
      </w:tr>
      <w:tr w:rsidR="003003B2" w:rsidRPr="00150C96" w14:paraId="6570164B" w14:textId="77777777" w:rsidTr="00FB54A3">
        <w:trPr>
          <w:trHeight w:val="113"/>
        </w:trPr>
        <w:tc>
          <w:tcPr>
            <w:tcW w:w="5000" w:type="pct"/>
            <w:gridSpan w:val="10"/>
            <w:shd w:val="clear" w:color="auto" w:fill="F8F9FA"/>
          </w:tcPr>
          <w:p w14:paraId="6B6038CE" w14:textId="4AA018D0" w:rsidR="003003B2" w:rsidRPr="007545F2" w:rsidRDefault="003003B2" w:rsidP="003003B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it-IT"/>
              </w:rPr>
            </w:pPr>
            <w:r w:rsidRPr="007545F2">
              <w:rPr>
                <w:rFonts w:asciiTheme="majorHAnsi" w:hAnsiTheme="majorHAnsi" w:cstheme="majorHAnsi"/>
                <w:color w:val="222222"/>
                <w:sz w:val="18"/>
                <w:szCs w:val="18"/>
                <w:lang w:val="it-IT"/>
              </w:rPr>
              <w:t>si è verificato il seguente evento:</w:t>
            </w:r>
          </w:p>
        </w:tc>
      </w:tr>
      <w:tr w:rsidR="003003B2" w:rsidRPr="00150C96" w14:paraId="1827B9E3" w14:textId="77777777" w:rsidTr="00FB54A3">
        <w:trPr>
          <w:trHeight w:val="113"/>
        </w:trPr>
        <w:tc>
          <w:tcPr>
            <w:tcW w:w="5000" w:type="pct"/>
            <w:gridSpan w:val="10"/>
            <w:shd w:val="clear" w:color="auto" w:fill="F8F9FA"/>
          </w:tcPr>
          <w:p w14:paraId="235F4005" w14:textId="3442EA17" w:rsidR="003003B2" w:rsidRPr="007545F2" w:rsidRDefault="003003B2" w:rsidP="00A014ED">
            <w:pPr>
              <w:spacing w:after="0"/>
              <w:rPr>
                <w:rFonts w:asciiTheme="majorHAnsi" w:hAnsiTheme="majorHAnsi" w:cstheme="majorHAnsi"/>
                <w:color w:val="222222"/>
                <w:sz w:val="18"/>
                <w:szCs w:val="18"/>
                <w:lang w:val="it-IT"/>
              </w:rPr>
            </w:pPr>
            <w:proofErr w:type="gramStart"/>
            <w:r w:rsidRPr="007545F2">
              <w:rPr>
                <w:rFonts w:asciiTheme="majorHAnsi" w:hAnsiTheme="majorHAnsi" w:cstheme="majorHAnsi"/>
                <w:sz w:val="18"/>
                <w:szCs w:val="18"/>
                <w:lang w:val="it-IT"/>
              </w:rPr>
              <w:t>[  ]</w:t>
            </w:r>
            <w:proofErr w:type="gramEnd"/>
            <w:r w:rsidRPr="007545F2">
              <w:rPr>
                <w:rFonts w:asciiTheme="majorHAnsi" w:hAnsiTheme="majorHAnsi" w:cstheme="majorHAnsi"/>
                <w:sz w:val="18"/>
                <w:szCs w:val="18"/>
                <w:lang w:val="it-IT"/>
              </w:rPr>
              <w:t xml:space="preserve">  FURTO delle attrezzature per la raccolta differenziata in dotazione all'utenza.</w:t>
            </w:r>
          </w:p>
        </w:tc>
      </w:tr>
      <w:tr w:rsidR="003003B2" w:rsidRPr="00150C96" w14:paraId="2CE90535" w14:textId="77777777" w:rsidTr="00F21C5E">
        <w:trPr>
          <w:trHeight w:val="113"/>
        </w:trPr>
        <w:tc>
          <w:tcPr>
            <w:tcW w:w="5000" w:type="pct"/>
            <w:gridSpan w:val="10"/>
            <w:tcBorders>
              <w:bottom w:val="single" w:sz="4" w:space="0" w:color="17365D" w:themeColor="text2" w:themeShade="BF"/>
            </w:tcBorders>
            <w:shd w:val="clear" w:color="auto" w:fill="F8F9FA"/>
          </w:tcPr>
          <w:p w14:paraId="300AE467" w14:textId="003FB4E6" w:rsidR="003003B2" w:rsidRPr="007545F2" w:rsidRDefault="003003B2" w:rsidP="00A014ED">
            <w:pPr>
              <w:spacing w:after="0"/>
              <w:rPr>
                <w:rFonts w:asciiTheme="majorHAnsi" w:hAnsiTheme="majorHAnsi" w:cstheme="majorHAnsi"/>
                <w:b/>
                <w:color w:val="323232"/>
                <w:sz w:val="18"/>
                <w:szCs w:val="18"/>
                <w:lang w:val="it-IT"/>
              </w:rPr>
            </w:pPr>
            <w:proofErr w:type="gramStart"/>
            <w:r w:rsidRPr="007545F2">
              <w:rPr>
                <w:rFonts w:asciiTheme="majorHAnsi" w:hAnsiTheme="majorHAnsi" w:cstheme="majorHAnsi"/>
                <w:sz w:val="18"/>
                <w:szCs w:val="18"/>
                <w:lang w:val="it-IT"/>
              </w:rPr>
              <w:t>[  ]</w:t>
            </w:r>
            <w:proofErr w:type="gramEnd"/>
            <w:r w:rsidRPr="007545F2">
              <w:rPr>
                <w:rFonts w:asciiTheme="majorHAnsi" w:hAnsiTheme="majorHAnsi" w:cstheme="majorHAnsi"/>
                <w:sz w:val="18"/>
                <w:szCs w:val="18"/>
                <w:lang w:val="it-IT"/>
              </w:rPr>
              <w:t xml:space="preserve">  SMARRIMENTO accidentale delle attrezzature in dotazione.</w:t>
            </w:r>
          </w:p>
        </w:tc>
      </w:tr>
      <w:tr w:rsidR="00150C96" w:rsidRPr="00150C96" w14:paraId="74262DA0" w14:textId="77777777" w:rsidTr="00F21C5E">
        <w:trPr>
          <w:trHeight w:val="113"/>
        </w:trPr>
        <w:tc>
          <w:tcPr>
            <w:tcW w:w="5000" w:type="pct"/>
            <w:gridSpan w:val="10"/>
            <w:tcBorders>
              <w:bottom w:val="single" w:sz="4" w:space="0" w:color="17365D" w:themeColor="text2" w:themeShade="BF"/>
            </w:tcBorders>
            <w:shd w:val="clear" w:color="auto" w:fill="F8F9FA"/>
          </w:tcPr>
          <w:p w14:paraId="58BA0A33" w14:textId="43CC4C7C" w:rsidR="00150C96" w:rsidRPr="007545F2" w:rsidRDefault="00150C96" w:rsidP="00A014ED">
            <w:pPr>
              <w:spacing w:after="0"/>
              <w:rPr>
                <w:rFonts w:asciiTheme="majorHAnsi" w:hAnsiTheme="majorHAnsi" w:cstheme="majorHAnsi"/>
                <w:sz w:val="18"/>
                <w:szCs w:val="18"/>
                <w:lang w:val="it-IT"/>
              </w:rPr>
            </w:pPr>
            <w:proofErr w:type="gramStart"/>
            <w:r w:rsidRPr="007545F2">
              <w:rPr>
                <w:rFonts w:asciiTheme="majorHAnsi" w:hAnsiTheme="majorHAnsi" w:cstheme="majorHAnsi"/>
                <w:sz w:val="18"/>
                <w:szCs w:val="18"/>
                <w:lang w:val="it-IT"/>
              </w:rPr>
              <w:t>[  ]</w:t>
            </w:r>
            <w:proofErr w:type="gramEnd"/>
            <w:r w:rsidRPr="007545F2">
              <w:rPr>
                <w:rFonts w:asciiTheme="majorHAnsi" w:hAnsiTheme="majorHAnsi" w:cstheme="majorHAnsi"/>
                <w:sz w:val="18"/>
                <w:szCs w:val="18"/>
                <w:lang w:val="it-IT"/>
              </w:rPr>
              <w:t xml:space="preserve">  </w:t>
            </w:r>
            <w:r>
              <w:rPr>
                <w:rFonts w:asciiTheme="majorHAnsi" w:hAnsiTheme="majorHAnsi" w:cstheme="majorHAnsi"/>
                <w:sz w:val="18"/>
                <w:szCs w:val="18"/>
                <w:lang w:val="it-IT"/>
              </w:rPr>
              <w:t>D</w:t>
            </w:r>
            <w:r w:rsidRPr="00150C96">
              <w:rPr>
                <w:rFonts w:asciiTheme="majorHAnsi" w:hAnsiTheme="majorHAnsi" w:cstheme="majorHAnsi"/>
                <w:sz w:val="18"/>
                <w:szCs w:val="18"/>
                <w:lang w:val="it-IT"/>
              </w:rPr>
              <w:t>ANEGGIAMENTO</w:t>
            </w:r>
            <w:r w:rsidRPr="007545F2">
              <w:rPr>
                <w:rFonts w:asciiTheme="majorHAnsi" w:hAnsiTheme="majorHAnsi" w:cstheme="majorHAnsi"/>
                <w:sz w:val="18"/>
                <w:szCs w:val="18"/>
                <w:lang w:val="it-IT"/>
              </w:rPr>
              <w:t xml:space="preserve"> accidentale delle attrezzature in dotazione.</w:t>
            </w:r>
          </w:p>
        </w:tc>
      </w:tr>
      <w:tr w:rsidR="003003B2" w:rsidRPr="00150C96" w14:paraId="0611BC88" w14:textId="77777777" w:rsidTr="00F21C5E">
        <w:trPr>
          <w:trHeight w:val="113"/>
        </w:trPr>
        <w:tc>
          <w:tcPr>
            <w:tcW w:w="5000" w:type="pct"/>
            <w:gridSpan w:val="10"/>
            <w:tcBorders>
              <w:top w:val="single" w:sz="4" w:space="0" w:color="17365D" w:themeColor="text2" w:themeShade="BF"/>
              <w:left w:val="single" w:sz="4" w:space="0" w:color="17365D" w:themeColor="text2" w:themeShade="BF"/>
              <w:right w:val="single" w:sz="4" w:space="0" w:color="17365D" w:themeColor="text2" w:themeShade="BF"/>
            </w:tcBorders>
            <w:shd w:val="clear" w:color="auto" w:fill="17365D" w:themeFill="text2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42B474" w14:textId="0750F2CD" w:rsidR="003003B2" w:rsidRPr="005A06F7" w:rsidRDefault="005A06F7" w:rsidP="00140FD8">
            <w:pPr>
              <w:spacing w:after="0" w:line="240" w:lineRule="auto"/>
              <w:rPr>
                <w:b/>
                <w:color w:val="FFFFFF"/>
                <w:szCs w:val="28"/>
                <w:lang w:val="it-IT"/>
              </w:rPr>
            </w:pPr>
            <w:r>
              <w:rPr>
                <w:b/>
                <w:color w:val="FFFFFF"/>
                <w:szCs w:val="28"/>
                <w:lang w:val="it-IT"/>
              </w:rPr>
              <w:t>3</w:t>
            </w:r>
            <w:r w:rsidRPr="005A06F7">
              <w:rPr>
                <w:b/>
                <w:color w:val="FFFFFF"/>
                <w:szCs w:val="28"/>
                <w:lang w:val="it-IT"/>
              </w:rPr>
              <w:t>. ATTREZZATURE OGGETTO DI RICHIESTA REINTEGRO</w:t>
            </w:r>
          </w:p>
        </w:tc>
      </w:tr>
      <w:tr w:rsidR="00140FD8" w14:paraId="6B62EF92" w14:textId="77777777" w:rsidTr="00150C96">
        <w:trPr>
          <w:trHeight w:val="113"/>
        </w:trPr>
        <w:tc>
          <w:tcPr>
            <w:tcW w:w="465" w:type="pct"/>
            <w:tcBorders>
              <w:left w:val="single" w:sz="4" w:space="0" w:color="17365D" w:themeColor="text2" w:themeShade="BF"/>
              <w:bottom w:val="single" w:sz="4" w:space="0" w:color="17365D" w:themeColor="text2" w:themeShade="BF"/>
            </w:tcBorders>
            <w:shd w:val="clear" w:color="auto" w:fill="17365D" w:themeFill="text2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A457A7" w14:textId="77777777" w:rsidR="00296B75" w:rsidRDefault="00BE34F5" w:rsidP="00140FD8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Sel.</w:t>
            </w:r>
          </w:p>
        </w:tc>
        <w:tc>
          <w:tcPr>
            <w:tcW w:w="1506" w:type="pct"/>
            <w:gridSpan w:val="2"/>
            <w:tcBorders>
              <w:bottom w:val="single" w:sz="4" w:space="0" w:color="17365D" w:themeColor="text2" w:themeShade="BF"/>
            </w:tcBorders>
            <w:shd w:val="clear" w:color="auto" w:fill="17365D" w:themeFill="text2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C38540" w14:textId="77777777" w:rsidR="00296B75" w:rsidRDefault="00BE34F5" w:rsidP="00140FD8">
            <w:pPr>
              <w:spacing w:after="0" w:line="240" w:lineRule="auto"/>
            </w:pPr>
            <w:proofErr w:type="spellStart"/>
            <w:r>
              <w:rPr>
                <w:b/>
                <w:color w:val="FFFFFF"/>
                <w:sz w:val="17"/>
              </w:rPr>
              <w:t>Frazione</w:t>
            </w:r>
            <w:proofErr w:type="spellEnd"/>
            <w:r>
              <w:rPr>
                <w:b/>
                <w:color w:val="FFFFFF"/>
                <w:sz w:val="17"/>
              </w:rPr>
              <w:t xml:space="preserve"> </w:t>
            </w:r>
            <w:proofErr w:type="spellStart"/>
            <w:r>
              <w:rPr>
                <w:b/>
                <w:color w:val="FFFFFF"/>
                <w:sz w:val="17"/>
              </w:rPr>
              <w:t>Differenziata</w:t>
            </w:r>
            <w:proofErr w:type="spellEnd"/>
          </w:p>
        </w:tc>
        <w:tc>
          <w:tcPr>
            <w:tcW w:w="1943" w:type="pct"/>
            <w:gridSpan w:val="5"/>
            <w:tcBorders>
              <w:bottom w:val="single" w:sz="4" w:space="0" w:color="17365D" w:themeColor="text2" w:themeShade="BF"/>
            </w:tcBorders>
            <w:shd w:val="clear" w:color="auto" w:fill="17365D" w:themeFill="text2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DBAB15" w14:textId="77777777" w:rsidR="00296B75" w:rsidRDefault="00BE34F5" w:rsidP="00140FD8">
            <w:pPr>
              <w:spacing w:after="0" w:line="240" w:lineRule="auto"/>
            </w:pPr>
            <w:proofErr w:type="spellStart"/>
            <w:r>
              <w:rPr>
                <w:b/>
                <w:color w:val="FFFFFF"/>
                <w:sz w:val="17"/>
              </w:rPr>
              <w:t>Tipologia</w:t>
            </w:r>
            <w:proofErr w:type="spellEnd"/>
            <w:r>
              <w:rPr>
                <w:b/>
                <w:color w:val="FFFFFF"/>
                <w:sz w:val="17"/>
              </w:rPr>
              <w:t xml:space="preserve"> e </w:t>
            </w:r>
            <w:proofErr w:type="spellStart"/>
            <w:r>
              <w:rPr>
                <w:b/>
                <w:color w:val="FFFFFF"/>
                <w:sz w:val="17"/>
              </w:rPr>
              <w:t>Volumetria</w:t>
            </w:r>
            <w:proofErr w:type="spellEnd"/>
          </w:p>
        </w:tc>
        <w:tc>
          <w:tcPr>
            <w:tcW w:w="1086" w:type="pct"/>
            <w:gridSpan w:val="2"/>
            <w:tcBorders>
              <w:bottom w:val="single" w:sz="4" w:space="0" w:color="17365D" w:themeColor="text2" w:themeShade="BF"/>
              <w:right w:val="single" w:sz="4" w:space="0" w:color="17365D" w:themeColor="text2" w:themeShade="BF"/>
            </w:tcBorders>
            <w:shd w:val="clear" w:color="auto" w:fill="17365D" w:themeFill="text2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3F45BB" w14:textId="77777777" w:rsidR="00296B75" w:rsidRDefault="00BE34F5" w:rsidP="00140FD8">
            <w:pPr>
              <w:spacing w:after="0" w:line="240" w:lineRule="auto"/>
            </w:pPr>
            <w:r>
              <w:rPr>
                <w:b/>
                <w:color w:val="FFFFFF"/>
                <w:sz w:val="17"/>
              </w:rPr>
              <w:t xml:space="preserve">Note / </w:t>
            </w:r>
            <w:proofErr w:type="spellStart"/>
            <w:r>
              <w:rPr>
                <w:b/>
                <w:color w:val="FFFFFF"/>
                <w:sz w:val="17"/>
              </w:rPr>
              <w:t>Codice</w:t>
            </w:r>
            <w:proofErr w:type="spellEnd"/>
            <w:r>
              <w:rPr>
                <w:b/>
                <w:color w:val="FFFFFF"/>
                <w:sz w:val="17"/>
              </w:rPr>
              <w:t xml:space="preserve"> Microchip</w:t>
            </w:r>
          </w:p>
        </w:tc>
      </w:tr>
      <w:tr w:rsidR="00140FD8" w14:paraId="5D8EB636" w14:textId="77777777" w:rsidTr="00150C96">
        <w:trPr>
          <w:trHeight w:val="113"/>
        </w:trPr>
        <w:tc>
          <w:tcPr>
            <w:tcW w:w="465" w:type="pct"/>
            <w:tcBorders>
              <w:top w:val="single" w:sz="4" w:space="0" w:color="17365D" w:themeColor="text2" w:themeShade="BF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8DAFAC" w14:textId="77777777" w:rsidR="00296B75" w:rsidRDefault="00BE34F5" w:rsidP="007545F2">
            <w:pPr>
              <w:spacing w:after="0" w:line="240" w:lineRule="auto"/>
              <w:jc w:val="center"/>
            </w:pPr>
            <w:r>
              <w:rPr>
                <w:sz w:val="17"/>
              </w:rPr>
              <w:t>[  ]</w:t>
            </w:r>
          </w:p>
        </w:tc>
        <w:tc>
          <w:tcPr>
            <w:tcW w:w="1506" w:type="pct"/>
            <w:gridSpan w:val="2"/>
            <w:tcBorders>
              <w:top w:val="single" w:sz="4" w:space="0" w:color="17365D" w:themeColor="text2" w:themeShade="BF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99283C" w14:textId="77777777" w:rsidR="00296B75" w:rsidRDefault="00BE34F5" w:rsidP="007545F2">
            <w:pPr>
              <w:spacing w:after="0" w:line="240" w:lineRule="auto"/>
            </w:pPr>
            <w:proofErr w:type="spellStart"/>
            <w:r>
              <w:rPr>
                <w:sz w:val="17"/>
              </w:rPr>
              <w:t>Frazione</w:t>
            </w:r>
            <w:proofErr w:type="spellEnd"/>
            <w:r>
              <w:rPr>
                <w:sz w:val="17"/>
              </w:rPr>
              <w:t xml:space="preserve"> Organica (</w:t>
            </w:r>
            <w:proofErr w:type="spellStart"/>
            <w:r>
              <w:rPr>
                <w:sz w:val="17"/>
              </w:rPr>
              <w:t>Umido</w:t>
            </w:r>
            <w:proofErr w:type="spellEnd"/>
            <w:r>
              <w:rPr>
                <w:sz w:val="17"/>
              </w:rPr>
              <w:t>)</w:t>
            </w:r>
          </w:p>
        </w:tc>
        <w:tc>
          <w:tcPr>
            <w:tcW w:w="1943" w:type="pct"/>
            <w:gridSpan w:val="5"/>
            <w:tcBorders>
              <w:top w:val="single" w:sz="4" w:space="0" w:color="17365D" w:themeColor="text2" w:themeShade="BF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A95BF7" w14:textId="15F85299" w:rsidR="00296B75" w:rsidRDefault="00BE34F5" w:rsidP="007545F2">
            <w:pPr>
              <w:spacing w:after="0" w:line="240" w:lineRule="auto"/>
            </w:pPr>
            <w:proofErr w:type="spellStart"/>
            <w:r>
              <w:rPr>
                <w:sz w:val="17"/>
              </w:rPr>
              <w:t>Mastello</w:t>
            </w:r>
            <w:proofErr w:type="spellEnd"/>
            <w:r>
              <w:rPr>
                <w:sz w:val="17"/>
              </w:rPr>
              <w:t xml:space="preserve"> 25 </w:t>
            </w:r>
            <w:proofErr w:type="spellStart"/>
            <w:r>
              <w:rPr>
                <w:sz w:val="17"/>
              </w:rPr>
              <w:t>lt</w:t>
            </w:r>
            <w:proofErr w:type="spellEnd"/>
            <w:r>
              <w:rPr>
                <w:sz w:val="17"/>
              </w:rPr>
              <w:t xml:space="preserve"> </w:t>
            </w:r>
          </w:p>
        </w:tc>
        <w:tc>
          <w:tcPr>
            <w:tcW w:w="1086" w:type="pct"/>
            <w:gridSpan w:val="2"/>
            <w:tcBorders>
              <w:top w:val="single" w:sz="4" w:space="0" w:color="17365D" w:themeColor="text2" w:themeShade="BF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39E83A" w14:textId="2F02DB50" w:rsidR="00296B75" w:rsidRDefault="008F28A2" w:rsidP="007545F2">
            <w:pPr>
              <w:spacing w:after="0" w:line="240" w:lineRule="auto"/>
            </w:pPr>
            <w:proofErr w:type="spellStart"/>
            <w:r>
              <w:rPr>
                <w:sz w:val="17"/>
              </w:rPr>
              <w:t>Colore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marrone</w:t>
            </w:r>
            <w:proofErr w:type="spellEnd"/>
          </w:p>
        </w:tc>
      </w:tr>
      <w:tr w:rsidR="00140FD8" w14:paraId="0FD8398C" w14:textId="77777777" w:rsidTr="00150C96">
        <w:trPr>
          <w:trHeight w:val="113"/>
        </w:trPr>
        <w:tc>
          <w:tcPr>
            <w:tcW w:w="465" w:type="pct"/>
            <w:shd w:val="clear" w:color="auto" w:fill="F8F9F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F117D9" w14:textId="77777777" w:rsidR="00296B75" w:rsidRDefault="00BE34F5" w:rsidP="007545F2">
            <w:pPr>
              <w:spacing w:after="0" w:line="240" w:lineRule="auto"/>
              <w:jc w:val="center"/>
            </w:pPr>
            <w:r>
              <w:rPr>
                <w:sz w:val="17"/>
              </w:rPr>
              <w:t>[  ]</w:t>
            </w:r>
          </w:p>
        </w:tc>
        <w:tc>
          <w:tcPr>
            <w:tcW w:w="1506" w:type="pct"/>
            <w:gridSpan w:val="2"/>
            <w:shd w:val="clear" w:color="auto" w:fill="F8F9F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2CBEB1" w14:textId="77777777" w:rsidR="00296B75" w:rsidRDefault="00BE34F5" w:rsidP="007545F2">
            <w:pPr>
              <w:spacing w:after="0" w:line="240" w:lineRule="auto"/>
            </w:pPr>
            <w:r>
              <w:rPr>
                <w:sz w:val="17"/>
              </w:rPr>
              <w:t xml:space="preserve">Carta e </w:t>
            </w:r>
            <w:proofErr w:type="spellStart"/>
            <w:r>
              <w:rPr>
                <w:sz w:val="17"/>
              </w:rPr>
              <w:t>Cartone</w:t>
            </w:r>
            <w:proofErr w:type="spellEnd"/>
          </w:p>
        </w:tc>
        <w:tc>
          <w:tcPr>
            <w:tcW w:w="1943" w:type="pct"/>
            <w:gridSpan w:val="5"/>
            <w:shd w:val="clear" w:color="auto" w:fill="F8F9F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9C647F" w14:textId="77777777" w:rsidR="00296B75" w:rsidRDefault="00BE34F5" w:rsidP="007545F2">
            <w:pPr>
              <w:spacing w:after="0" w:line="240" w:lineRule="auto"/>
            </w:pPr>
            <w:proofErr w:type="spellStart"/>
            <w:r>
              <w:rPr>
                <w:sz w:val="17"/>
              </w:rPr>
              <w:t>Mastello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rigido</w:t>
            </w:r>
            <w:proofErr w:type="spellEnd"/>
            <w:r>
              <w:rPr>
                <w:sz w:val="17"/>
              </w:rPr>
              <w:t xml:space="preserve"> 40 </w:t>
            </w:r>
            <w:proofErr w:type="spellStart"/>
            <w:r>
              <w:rPr>
                <w:sz w:val="17"/>
              </w:rPr>
              <w:t>lt</w:t>
            </w:r>
            <w:proofErr w:type="spellEnd"/>
          </w:p>
        </w:tc>
        <w:tc>
          <w:tcPr>
            <w:tcW w:w="1086" w:type="pct"/>
            <w:gridSpan w:val="2"/>
            <w:shd w:val="clear" w:color="auto" w:fill="F8F9F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C80799" w14:textId="77777777" w:rsidR="00296B75" w:rsidRDefault="00BE34F5" w:rsidP="007545F2">
            <w:pPr>
              <w:spacing w:after="0" w:line="240" w:lineRule="auto"/>
            </w:pPr>
            <w:proofErr w:type="spellStart"/>
            <w:r>
              <w:rPr>
                <w:sz w:val="17"/>
              </w:rPr>
              <w:t>Colore</w:t>
            </w:r>
            <w:proofErr w:type="spellEnd"/>
            <w:r>
              <w:rPr>
                <w:sz w:val="17"/>
              </w:rPr>
              <w:t xml:space="preserve"> Blu</w:t>
            </w:r>
          </w:p>
        </w:tc>
      </w:tr>
      <w:tr w:rsidR="00140FD8" w14:paraId="603737F1" w14:textId="77777777" w:rsidTr="00150C96">
        <w:trPr>
          <w:trHeight w:val="113"/>
        </w:trPr>
        <w:tc>
          <w:tcPr>
            <w:tcW w:w="465" w:type="pct"/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2475D7" w14:textId="77777777" w:rsidR="00296B75" w:rsidRDefault="00BE34F5" w:rsidP="007545F2">
            <w:pPr>
              <w:spacing w:after="0" w:line="240" w:lineRule="auto"/>
              <w:jc w:val="center"/>
            </w:pPr>
            <w:r>
              <w:rPr>
                <w:sz w:val="17"/>
              </w:rPr>
              <w:t>[  ]</w:t>
            </w:r>
          </w:p>
        </w:tc>
        <w:tc>
          <w:tcPr>
            <w:tcW w:w="1506" w:type="pct"/>
            <w:gridSpan w:val="2"/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C9ABF9" w14:textId="77777777" w:rsidR="00296B75" w:rsidRDefault="00BE34F5" w:rsidP="007545F2">
            <w:pPr>
              <w:spacing w:after="0" w:line="240" w:lineRule="auto"/>
            </w:pPr>
            <w:r>
              <w:rPr>
                <w:sz w:val="17"/>
              </w:rPr>
              <w:t>Vetro</w:t>
            </w:r>
          </w:p>
        </w:tc>
        <w:tc>
          <w:tcPr>
            <w:tcW w:w="1943" w:type="pct"/>
            <w:gridSpan w:val="5"/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D73477" w14:textId="77777777" w:rsidR="00296B75" w:rsidRDefault="00BE34F5" w:rsidP="007545F2">
            <w:pPr>
              <w:spacing w:after="0" w:line="240" w:lineRule="auto"/>
            </w:pPr>
            <w:proofErr w:type="spellStart"/>
            <w:r>
              <w:rPr>
                <w:sz w:val="17"/>
              </w:rPr>
              <w:t>Mastello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rigido</w:t>
            </w:r>
            <w:proofErr w:type="spellEnd"/>
            <w:r>
              <w:rPr>
                <w:sz w:val="17"/>
              </w:rPr>
              <w:t xml:space="preserve"> 30 </w:t>
            </w:r>
            <w:proofErr w:type="spellStart"/>
            <w:r>
              <w:rPr>
                <w:sz w:val="17"/>
              </w:rPr>
              <w:t>lt</w:t>
            </w:r>
            <w:proofErr w:type="spellEnd"/>
            <w:r>
              <w:rPr>
                <w:sz w:val="17"/>
              </w:rPr>
              <w:t xml:space="preserve"> / 40 </w:t>
            </w:r>
            <w:proofErr w:type="spellStart"/>
            <w:r>
              <w:rPr>
                <w:sz w:val="17"/>
              </w:rPr>
              <w:t>lt</w:t>
            </w:r>
            <w:proofErr w:type="spellEnd"/>
          </w:p>
        </w:tc>
        <w:tc>
          <w:tcPr>
            <w:tcW w:w="1086" w:type="pct"/>
            <w:gridSpan w:val="2"/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049E3C" w14:textId="77777777" w:rsidR="00296B75" w:rsidRDefault="00BE34F5" w:rsidP="007545F2">
            <w:pPr>
              <w:spacing w:after="0" w:line="240" w:lineRule="auto"/>
            </w:pPr>
            <w:proofErr w:type="spellStart"/>
            <w:r>
              <w:rPr>
                <w:sz w:val="17"/>
              </w:rPr>
              <w:t>Colore</w:t>
            </w:r>
            <w:proofErr w:type="spellEnd"/>
            <w:r>
              <w:rPr>
                <w:sz w:val="17"/>
              </w:rPr>
              <w:t xml:space="preserve"> Verde</w:t>
            </w:r>
          </w:p>
        </w:tc>
      </w:tr>
      <w:tr w:rsidR="00140FD8" w14:paraId="4B31DC04" w14:textId="77777777" w:rsidTr="00150C96">
        <w:trPr>
          <w:trHeight w:val="113"/>
        </w:trPr>
        <w:tc>
          <w:tcPr>
            <w:tcW w:w="465" w:type="pct"/>
            <w:shd w:val="clear" w:color="auto" w:fill="F8F9F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69F1B7" w14:textId="77777777" w:rsidR="00296B75" w:rsidRDefault="00BE34F5" w:rsidP="007545F2">
            <w:pPr>
              <w:spacing w:after="0" w:line="240" w:lineRule="auto"/>
              <w:jc w:val="center"/>
            </w:pPr>
            <w:r>
              <w:rPr>
                <w:sz w:val="17"/>
              </w:rPr>
              <w:t>[  ]</w:t>
            </w:r>
          </w:p>
        </w:tc>
        <w:tc>
          <w:tcPr>
            <w:tcW w:w="1506" w:type="pct"/>
            <w:gridSpan w:val="2"/>
            <w:shd w:val="clear" w:color="auto" w:fill="F8F9F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6AD92B" w14:textId="77777777" w:rsidR="00296B75" w:rsidRDefault="00BE34F5" w:rsidP="007545F2">
            <w:pPr>
              <w:spacing w:after="0" w:line="240" w:lineRule="auto"/>
            </w:pPr>
            <w:proofErr w:type="spellStart"/>
            <w:r>
              <w:rPr>
                <w:sz w:val="17"/>
              </w:rPr>
              <w:t>Imballaggi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Plastica</w:t>
            </w:r>
            <w:proofErr w:type="spellEnd"/>
            <w:r>
              <w:rPr>
                <w:sz w:val="17"/>
              </w:rPr>
              <w:t xml:space="preserve"> e </w:t>
            </w:r>
            <w:proofErr w:type="spellStart"/>
            <w:r>
              <w:rPr>
                <w:sz w:val="17"/>
              </w:rPr>
              <w:t>Metalli</w:t>
            </w:r>
            <w:proofErr w:type="spellEnd"/>
          </w:p>
        </w:tc>
        <w:tc>
          <w:tcPr>
            <w:tcW w:w="1943" w:type="pct"/>
            <w:gridSpan w:val="5"/>
            <w:shd w:val="clear" w:color="auto" w:fill="F8F9F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19F85F" w14:textId="77777777" w:rsidR="00296B75" w:rsidRDefault="00BE34F5" w:rsidP="007545F2">
            <w:pPr>
              <w:spacing w:after="0" w:line="240" w:lineRule="auto"/>
            </w:pPr>
            <w:proofErr w:type="spellStart"/>
            <w:r>
              <w:rPr>
                <w:sz w:val="17"/>
              </w:rPr>
              <w:t>Mastello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rigido</w:t>
            </w:r>
            <w:proofErr w:type="spellEnd"/>
            <w:r>
              <w:rPr>
                <w:sz w:val="17"/>
              </w:rPr>
              <w:t xml:space="preserve"> 40 </w:t>
            </w:r>
            <w:proofErr w:type="spellStart"/>
            <w:r>
              <w:rPr>
                <w:sz w:val="17"/>
              </w:rPr>
              <w:t>lt</w:t>
            </w:r>
            <w:proofErr w:type="spellEnd"/>
            <w:r>
              <w:rPr>
                <w:sz w:val="17"/>
              </w:rPr>
              <w:t xml:space="preserve"> / Sacchi</w:t>
            </w:r>
          </w:p>
        </w:tc>
        <w:tc>
          <w:tcPr>
            <w:tcW w:w="1086" w:type="pct"/>
            <w:gridSpan w:val="2"/>
            <w:shd w:val="clear" w:color="auto" w:fill="F8F9F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5A45BB" w14:textId="77777777" w:rsidR="00296B75" w:rsidRDefault="00BE34F5" w:rsidP="007545F2">
            <w:pPr>
              <w:spacing w:after="0" w:line="240" w:lineRule="auto"/>
            </w:pPr>
            <w:proofErr w:type="spellStart"/>
            <w:r>
              <w:rPr>
                <w:sz w:val="17"/>
              </w:rPr>
              <w:t>Colore</w:t>
            </w:r>
            <w:proofErr w:type="spellEnd"/>
            <w:r>
              <w:rPr>
                <w:sz w:val="17"/>
              </w:rPr>
              <w:t xml:space="preserve"> Giallo</w:t>
            </w:r>
          </w:p>
        </w:tc>
      </w:tr>
      <w:tr w:rsidR="00140FD8" w14:paraId="3D59BF2C" w14:textId="77777777" w:rsidTr="00150C96">
        <w:trPr>
          <w:trHeight w:val="113"/>
        </w:trPr>
        <w:tc>
          <w:tcPr>
            <w:tcW w:w="465" w:type="pct"/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D2716D" w14:textId="77777777" w:rsidR="00296B75" w:rsidRDefault="00BE34F5" w:rsidP="007545F2">
            <w:pPr>
              <w:spacing w:after="0" w:line="240" w:lineRule="auto"/>
              <w:jc w:val="center"/>
            </w:pPr>
            <w:r>
              <w:rPr>
                <w:sz w:val="17"/>
              </w:rPr>
              <w:t>[  ]</w:t>
            </w:r>
          </w:p>
        </w:tc>
        <w:tc>
          <w:tcPr>
            <w:tcW w:w="1506" w:type="pct"/>
            <w:gridSpan w:val="2"/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56329E" w14:textId="77777777" w:rsidR="00296B75" w:rsidRDefault="00BE34F5" w:rsidP="007545F2">
            <w:pPr>
              <w:spacing w:after="0" w:line="240" w:lineRule="auto"/>
            </w:pPr>
            <w:r>
              <w:rPr>
                <w:sz w:val="17"/>
              </w:rPr>
              <w:t xml:space="preserve">Secco </w:t>
            </w:r>
            <w:proofErr w:type="spellStart"/>
            <w:r>
              <w:rPr>
                <w:sz w:val="17"/>
              </w:rPr>
              <w:t>Residuo</w:t>
            </w:r>
            <w:proofErr w:type="spellEnd"/>
            <w:r>
              <w:rPr>
                <w:sz w:val="17"/>
              </w:rPr>
              <w:t xml:space="preserve"> (</w:t>
            </w:r>
            <w:proofErr w:type="spellStart"/>
            <w:r>
              <w:rPr>
                <w:sz w:val="17"/>
              </w:rPr>
              <w:t>Indifferenziato</w:t>
            </w:r>
            <w:proofErr w:type="spellEnd"/>
            <w:r>
              <w:rPr>
                <w:sz w:val="17"/>
              </w:rPr>
              <w:t>)</w:t>
            </w:r>
          </w:p>
        </w:tc>
        <w:tc>
          <w:tcPr>
            <w:tcW w:w="1943" w:type="pct"/>
            <w:gridSpan w:val="5"/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E0D74C" w14:textId="77777777" w:rsidR="00296B75" w:rsidRPr="008F28A2" w:rsidRDefault="00BE34F5" w:rsidP="007545F2">
            <w:pPr>
              <w:spacing w:after="0" w:line="240" w:lineRule="auto"/>
              <w:rPr>
                <w:lang w:val="it-IT"/>
              </w:rPr>
            </w:pPr>
            <w:r w:rsidRPr="008F28A2">
              <w:rPr>
                <w:sz w:val="17"/>
                <w:lang w:val="it-IT"/>
              </w:rPr>
              <w:t>Mastello rigido 40 lt con Tag RFID</w:t>
            </w:r>
          </w:p>
        </w:tc>
        <w:tc>
          <w:tcPr>
            <w:tcW w:w="1086" w:type="pct"/>
            <w:gridSpan w:val="2"/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B08135" w14:textId="7A58576D" w:rsidR="00296B75" w:rsidRDefault="008F28A2" w:rsidP="007545F2">
            <w:pPr>
              <w:spacing w:after="0" w:line="240" w:lineRule="auto"/>
            </w:pPr>
            <w:proofErr w:type="spellStart"/>
            <w:r>
              <w:rPr>
                <w:sz w:val="17"/>
              </w:rPr>
              <w:t>Colore</w:t>
            </w:r>
            <w:proofErr w:type="spellEnd"/>
            <w:r>
              <w:rPr>
                <w:sz w:val="17"/>
              </w:rPr>
              <w:t xml:space="preserve"> grigio</w:t>
            </w:r>
          </w:p>
        </w:tc>
      </w:tr>
      <w:tr w:rsidR="00140FD8" w14:paraId="7AC789C6" w14:textId="77777777" w:rsidTr="00150C96">
        <w:trPr>
          <w:trHeight w:val="113"/>
        </w:trPr>
        <w:tc>
          <w:tcPr>
            <w:tcW w:w="465" w:type="pct"/>
            <w:shd w:val="clear" w:color="auto" w:fill="F8F9F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07CAA2" w14:textId="77777777" w:rsidR="00296B75" w:rsidRDefault="00BE34F5" w:rsidP="007545F2">
            <w:pPr>
              <w:spacing w:after="0" w:line="240" w:lineRule="auto"/>
              <w:jc w:val="center"/>
            </w:pPr>
            <w:r>
              <w:rPr>
                <w:sz w:val="17"/>
              </w:rPr>
              <w:t>[  ]</w:t>
            </w:r>
          </w:p>
        </w:tc>
        <w:tc>
          <w:tcPr>
            <w:tcW w:w="1506" w:type="pct"/>
            <w:gridSpan w:val="2"/>
            <w:shd w:val="clear" w:color="auto" w:fill="F8F9F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F585EA" w14:textId="77777777" w:rsidR="00296B75" w:rsidRDefault="00BE34F5" w:rsidP="007545F2">
            <w:pPr>
              <w:spacing w:after="0" w:line="240" w:lineRule="auto"/>
            </w:pPr>
            <w:proofErr w:type="spellStart"/>
            <w:r>
              <w:rPr>
                <w:sz w:val="17"/>
              </w:rPr>
              <w:t>Utenze</w:t>
            </w:r>
            <w:proofErr w:type="spellEnd"/>
            <w:r>
              <w:rPr>
                <w:sz w:val="17"/>
              </w:rPr>
              <w:t xml:space="preserve"> Non </w:t>
            </w:r>
            <w:proofErr w:type="spellStart"/>
            <w:r>
              <w:rPr>
                <w:sz w:val="17"/>
              </w:rPr>
              <w:t>Domestiche</w:t>
            </w:r>
            <w:proofErr w:type="spellEnd"/>
            <w:r>
              <w:rPr>
                <w:sz w:val="17"/>
              </w:rPr>
              <w:t xml:space="preserve"> (UND)</w:t>
            </w:r>
          </w:p>
        </w:tc>
        <w:tc>
          <w:tcPr>
            <w:tcW w:w="1943" w:type="pct"/>
            <w:gridSpan w:val="5"/>
            <w:shd w:val="clear" w:color="auto" w:fill="F8F9F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1F2C6A" w14:textId="77777777" w:rsidR="00296B75" w:rsidRDefault="00BE34F5" w:rsidP="007545F2">
            <w:pPr>
              <w:spacing w:after="0" w:line="240" w:lineRule="auto"/>
            </w:pPr>
            <w:proofErr w:type="spellStart"/>
            <w:r>
              <w:rPr>
                <w:sz w:val="17"/>
              </w:rPr>
              <w:t>Carrellato</w:t>
            </w:r>
            <w:proofErr w:type="spellEnd"/>
            <w:r>
              <w:rPr>
                <w:sz w:val="17"/>
              </w:rPr>
              <w:t xml:space="preserve"> 120 / 240 / 360 / 1100 </w:t>
            </w:r>
            <w:proofErr w:type="spellStart"/>
            <w:r>
              <w:rPr>
                <w:sz w:val="17"/>
              </w:rPr>
              <w:t>lt</w:t>
            </w:r>
            <w:proofErr w:type="spellEnd"/>
          </w:p>
        </w:tc>
        <w:tc>
          <w:tcPr>
            <w:tcW w:w="1086" w:type="pct"/>
            <w:gridSpan w:val="2"/>
            <w:shd w:val="clear" w:color="auto" w:fill="F8F9F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F7A026" w14:textId="2A1EE770" w:rsidR="00296B75" w:rsidRDefault="00BE34F5" w:rsidP="007545F2">
            <w:pPr>
              <w:spacing w:after="0" w:line="240" w:lineRule="auto"/>
            </w:pPr>
            <w:proofErr w:type="spellStart"/>
            <w:r w:rsidRPr="008F28A2">
              <w:rPr>
                <w:sz w:val="16"/>
                <w:szCs w:val="20"/>
              </w:rPr>
              <w:t>Specificare</w:t>
            </w:r>
            <w:proofErr w:type="spellEnd"/>
            <w:r w:rsidRPr="008F28A2">
              <w:rPr>
                <w:sz w:val="16"/>
                <w:szCs w:val="20"/>
              </w:rPr>
              <w:t xml:space="preserve"> </w:t>
            </w:r>
            <w:proofErr w:type="spellStart"/>
            <w:r w:rsidRPr="008F28A2">
              <w:rPr>
                <w:sz w:val="16"/>
                <w:szCs w:val="20"/>
              </w:rPr>
              <w:t>volumetria</w:t>
            </w:r>
            <w:proofErr w:type="spellEnd"/>
            <w:r w:rsidR="008F28A2" w:rsidRPr="008F28A2">
              <w:rPr>
                <w:sz w:val="16"/>
                <w:szCs w:val="20"/>
              </w:rPr>
              <w:t>:</w:t>
            </w:r>
          </w:p>
        </w:tc>
      </w:tr>
    </w:tbl>
    <w:p w14:paraId="195FE0F9" w14:textId="7BA4EA65" w:rsidR="00232328" w:rsidRDefault="00232328" w:rsidP="005A06F7">
      <w:pPr>
        <w:spacing w:before="120" w:after="120" w:line="240" w:lineRule="auto"/>
        <w:rPr>
          <w:b/>
          <w:bCs/>
          <w:szCs w:val="28"/>
          <w:lang w:val="it-IT"/>
        </w:rPr>
      </w:pPr>
      <w:r>
        <w:rPr>
          <w:b/>
          <w:bCs/>
          <w:szCs w:val="28"/>
          <w:lang w:val="it-IT"/>
        </w:rPr>
        <w:t>Si allega fotocopia del documento di identità dell’intestatario TARI</w:t>
      </w:r>
    </w:p>
    <w:p w14:paraId="1B176467" w14:textId="71350078" w:rsidR="00296B75" w:rsidRPr="005A06F7" w:rsidRDefault="00BE34F5" w:rsidP="005A06F7">
      <w:pPr>
        <w:spacing w:before="120" w:after="120" w:line="240" w:lineRule="auto"/>
        <w:rPr>
          <w:b/>
          <w:bCs/>
          <w:sz w:val="24"/>
          <w:szCs w:val="28"/>
          <w:lang w:val="it-IT"/>
        </w:rPr>
      </w:pPr>
      <w:r w:rsidRPr="005A06F7">
        <w:rPr>
          <w:b/>
          <w:bCs/>
          <w:szCs w:val="28"/>
          <w:lang w:val="it-IT"/>
        </w:rPr>
        <w:t>Policoro, lì ___/___/_______                                        Firma del Dichiarante ______________________________________</w:t>
      </w:r>
    </w:p>
    <w:tbl>
      <w:tblPr>
        <w:tblW w:w="5092" w:type="pct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0651"/>
      </w:tblGrid>
      <w:tr w:rsidR="005A06F7" w:rsidRPr="00150C96" w14:paraId="458BBABB" w14:textId="77777777" w:rsidTr="00F21C5E">
        <w:trPr>
          <w:trHeight w:val="170"/>
        </w:trPr>
        <w:tc>
          <w:tcPr>
            <w:tcW w:w="5000" w:type="pct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shd w:val="clear" w:color="auto" w:fill="17365D" w:themeFill="text2" w:themeFillShade="B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CA8638" w14:textId="6E65AB13" w:rsidR="005A06F7" w:rsidRPr="003003B2" w:rsidRDefault="005A06F7" w:rsidP="00140FD8">
            <w:pPr>
              <w:spacing w:after="0" w:line="240" w:lineRule="auto"/>
              <w:rPr>
                <w:b/>
                <w:color w:val="FFFFFF"/>
                <w:szCs w:val="28"/>
                <w:lang w:val="it-IT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7"/>
                <w:szCs w:val="17"/>
                <w:lang w:val="it-IT"/>
              </w:rPr>
              <w:t>4. ISTRUZIONI OPERATIVE - PROCEDURA PER IL RITIRO</w:t>
            </w:r>
          </w:p>
        </w:tc>
      </w:tr>
      <w:tr w:rsidR="005A06F7" w:rsidRPr="00150C96" w14:paraId="1297B0F1" w14:textId="77777777" w:rsidTr="00F21C5E">
        <w:trPr>
          <w:trHeight w:val="170"/>
        </w:trPr>
        <w:tc>
          <w:tcPr>
            <w:tcW w:w="5000" w:type="pct"/>
            <w:tcBorders>
              <w:top w:val="single" w:sz="4" w:space="0" w:color="17365D" w:themeColor="text2" w:themeShade="BF"/>
              <w:bottom w:val="single" w:sz="4" w:space="0" w:color="17365D" w:themeColor="text2" w:themeShade="BF"/>
            </w:tcBorders>
            <w:shd w:val="clear" w:color="auto" w:fill="F8F9FA"/>
          </w:tcPr>
          <w:p w14:paraId="7AFC28B0" w14:textId="7835FC20" w:rsidR="005A06F7" w:rsidRPr="007545F2" w:rsidRDefault="005A06F7" w:rsidP="007545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theme="majorHAnsi"/>
                <w:color w:val="222222"/>
                <w:sz w:val="18"/>
                <w:szCs w:val="18"/>
                <w:lang w:val="it-IT"/>
              </w:rPr>
            </w:pPr>
            <w:r w:rsidRPr="007545F2">
              <w:rPr>
                <w:rFonts w:asciiTheme="majorHAnsi" w:hAnsiTheme="majorHAnsi" w:cstheme="majorHAnsi"/>
                <w:b/>
                <w:bCs/>
                <w:color w:val="222222"/>
                <w:sz w:val="18"/>
                <w:szCs w:val="18"/>
                <w:lang w:val="it-IT"/>
              </w:rPr>
              <w:t xml:space="preserve">1. Presentazione Denuncia e Modulo: </w:t>
            </w:r>
            <w:r w:rsidRPr="007545F2">
              <w:rPr>
                <w:rFonts w:asciiTheme="majorHAnsi" w:hAnsiTheme="majorHAnsi" w:cstheme="majorHAnsi"/>
                <w:color w:val="222222"/>
                <w:sz w:val="18"/>
                <w:szCs w:val="18"/>
                <w:lang w:val="it-IT"/>
              </w:rPr>
              <w:t xml:space="preserve">L'utente si reca presso il Comando della </w:t>
            </w:r>
            <w:r w:rsidRPr="007545F2">
              <w:rPr>
                <w:rFonts w:asciiTheme="majorHAnsi" w:hAnsiTheme="majorHAnsi" w:cstheme="majorHAnsi"/>
                <w:b/>
                <w:bCs/>
                <w:color w:val="222222"/>
                <w:sz w:val="18"/>
                <w:szCs w:val="18"/>
                <w:lang w:val="it-IT"/>
              </w:rPr>
              <w:t xml:space="preserve">Polizia Locale (Vigili Urbani) </w:t>
            </w:r>
            <w:r w:rsidRPr="007545F2">
              <w:rPr>
                <w:rFonts w:asciiTheme="majorHAnsi" w:hAnsiTheme="majorHAnsi" w:cstheme="majorHAnsi"/>
                <w:color w:val="222222"/>
                <w:sz w:val="18"/>
                <w:szCs w:val="18"/>
                <w:lang w:val="it-IT"/>
              </w:rPr>
              <w:t>di Policoro per formalizzare la denuncia/dichiarazione di smarrimento o furto, compilando e consegnando il presente modulo.</w:t>
            </w:r>
          </w:p>
          <w:p w14:paraId="1C876E1B" w14:textId="31C16A39" w:rsidR="005A06F7" w:rsidRPr="007545F2" w:rsidRDefault="005A06F7" w:rsidP="007545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theme="majorHAnsi"/>
                <w:sz w:val="18"/>
                <w:szCs w:val="18"/>
                <w:lang w:val="it-IT"/>
              </w:rPr>
            </w:pPr>
            <w:r w:rsidRPr="007545F2">
              <w:rPr>
                <w:rFonts w:asciiTheme="majorHAnsi" w:hAnsiTheme="majorHAnsi" w:cstheme="majorHAnsi"/>
                <w:b/>
                <w:bCs/>
                <w:color w:val="222222"/>
                <w:sz w:val="18"/>
                <w:szCs w:val="18"/>
                <w:lang w:val="it-IT"/>
              </w:rPr>
              <w:t xml:space="preserve">2. Ritiro dei nuovi bidoni: </w:t>
            </w:r>
            <w:r w:rsidRPr="007545F2">
              <w:rPr>
                <w:rFonts w:asciiTheme="majorHAnsi" w:hAnsiTheme="majorHAnsi" w:cstheme="majorHAnsi"/>
                <w:color w:val="222222"/>
                <w:sz w:val="18"/>
                <w:szCs w:val="18"/>
                <w:lang w:val="it-IT"/>
              </w:rPr>
              <w:t xml:space="preserve">Una volta protocollata la richiesta, l'utente potrà ritirare i nuovi mastelli muniti di </w:t>
            </w:r>
            <w:r w:rsidRPr="007545F2">
              <w:rPr>
                <w:rFonts w:asciiTheme="majorHAnsi" w:hAnsiTheme="majorHAnsi" w:cstheme="majorHAnsi"/>
                <w:b/>
                <w:bCs/>
                <w:color w:val="222222"/>
                <w:sz w:val="18"/>
                <w:szCs w:val="18"/>
                <w:lang w:val="it-IT"/>
              </w:rPr>
              <w:t xml:space="preserve">microchip RFID </w:t>
            </w:r>
            <w:r w:rsidRPr="007545F2">
              <w:rPr>
                <w:rFonts w:asciiTheme="majorHAnsi" w:hAnsiTheme="majorHAnsi" w:cstheme="majorHAnsi"/>
                <w:color w:val="222222"/>
                <w:sz w:val="18"/>
                <w:szCs w:val="18"/>
                <w:lang w:val="it-IT"/>
              </w:rPr>
              <w:t xml:space="preserve">direttamente presso il </w:t>
            </w:r>
            <w:r w:rsidRPr="007545F2">
              <w:rPr>
                <w:rFonts w:asciiTheme="majorHAnsi" w:hAnsiTheme="majorHAnsi" w:cstheme="majorHAnsi"/>
                <w:b/>
                <w:bCs/>
                <w:color w:val="222222"/>
                <w:sz w:val="18"/>
                <w:szCs w:val="18"/>
                <w:lang w:val="it-IT"/>
              </w:rPr>
              <w:t>Centro Comunale di Raccolta (CCR) di Via Agri</w:t>
            </w:r>
            <w:r w:rsidRPr="007545F2">
              <w:rPr>
                <w:rFonts w:asciiTheme="majorHAnsi" w:hAnsiTheme="majorHAnsi" w:cstheme="majorHAnsi"/>
                <w:color w:val="222222"/>
                <w:sz w:val="18"/>
                <w:szCs w:val="18"/>
                <w:lang w:val="it-IT"/>
              </w:rPr>
              <w:t>.</w:t>
            </w:r>
          </w:p>
        </w:tc>
      </w:tr>
      <w:tr w:rsidR="00232328" w:rsidRPr="001F29E8" w14:paraId="6CC6D6CC" w14:textId="77777777" w:rsidTr="00F21C5E">
        <w:trPr>
          <w:trHeight w:val="170"/>
        </w:trPr>
        <w:tc>
          <w:tcPr>
            <w:tcW w:w="5000" w:type="pct"/>
            <w:tcBorders>
              <w:top w:val="single" w:sz="4" w:space="0" w:color="17365D" w:themeColor="text2" w:themeShade="BF"/>
              <w:left w:val="single" w:sz="4" w:space="0" w:color="17365D" w:themeColor="text2" w:themeShade="BF"/>
              <w:bottom w:val="single" w:sz="4" w:space="0" w:color="17365D" w:themeColor="text2" w:themeShade="BF"/>
              <w:right w:val="single" w:sz="4" w:space="0" w:color="17365D" w:themeColor="text2" w:themeShade="BF"/>
            </w:tcBorders>
            <w:shd w:val="clear" w:color="auto" w:fill="17365D" w:themeFill="text2" w:themeFillShade="B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ADFCC4" w14:textId="54A268E2" w:rsidR="005A06F7" w:rsidRPr="003003B2" w:rsidRDefault="00140FD8" w:rsidP="00140FD8">
            <w:pPr>
              <w:spacing w:after="0" w:line="240" w:lineRule="auto"/>
              <w:rPr>
                <w:b/>
                <w:color w:val="FFFFFF"/>
                <w:szCs w:val="28"/>
                <w:lang w:val="it-IT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7"/>
                <w:szCs w:val="17"/>
                <w:lang w:val="it-IT"/>
              </w:rPr>
              <w:t>5</w:t>
            </w:r>
            <w:r w:rsidR="005A06F7">
              <w:rPr>
                <w:rFonts w:ascii="Arial" w:hAnsi="Arial" w:cs="Arial"/>
                <w:b/>
                <w:bCs/>
                <w:color w:val="FFFFFF"/>
                <w:sz w:val="17"/>
                <w:szCs w:val="17"/>
                <w:lang w:val="it-IT"/>
              </w:rPr>
              <w:t xml:space="preserve">. </w:t>
            </w:r>
            <w:r w:rsidRPr="00140FD8">
              <w:rPr>
                <w:rFonts w:ascii="Arial" w:hAnsi="Arial" w:cs="Arial"/>
                <w:b/>
                <w:bCs/>
                <w:color w:val="FFFFFF"/>
                <w:sz w:val="17"/>
                <w:szCs w:val="17"/>
                <w:lang w:val="it-IT"/>
              </w:rPr>
              <w:t xml:space="preserve">SPAZIO RISERVATO AGLI UFFICI </w:t>
            </w:r>
          </w:p>
        </w:tc>
      </w:tr>
      <w:tr w:rsidR="00140FD8" w:rsidRPr="00140FD8" w14:paraId="1296F716" w14:textId="77777777" w:rsidTr="00F21C5E">
        <w:tblPrEx>
          <w:jc w:val="center"/>
          <w:tblInd w:w="0" w:type="dxa"/>
        </w:tblPrEx>
        <w:trPr>
          <w:trHeight w:val="170"/>
          <w:jc w:val="center"/>
        </w:trPr>
        <w:tc>
          <w:tcPr>
            <w:tcW w:w="5000" w:type="pct"/>
            <w:tcBorders>
              <w:top w:val="single" w:sz="4" w:space="0" w:color="17365D" w:themeColor="text2" w:themeShade="BF"/>
            </w:tcBorders>
            <w:shd w:val="clear" w:color="auto" w:fill="F0F4F8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69AFADE" w14:textId="184584CA" w:rsidR="00140FD8" w:rsidRPr="00150C96" w:rsidRDefault="00140FD8" w:rsidP="00140FD8">
            <w:pPr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it-IT"/>
              </w:rPr>
            </w:pPr>
            <w:r w:rsidRPr="00150C96">
              <w:rPr>
                <w:rFonts w:asciiTheme="majorHAnsi" w:hAnsiTheme="majorHAnsi" w:cstheme="majorHAnsi"/>
                <w:sz w:val="18"/>
                <w:szCs w:val="18"/>
                <w:lang w:val="it-IT"/>
              </w:rPr>
              <w:t>COMANDO POLIZIA LOCALE (PROTOCOLLO)</w:t>
            </w:r>
          </w:p>
        </w:tc>
      </w:tr>
      <w:tr w:rsidR="005A06F7" w:rsidRPr="00150C96" w14:paraId="608CABA1" w14:textId="77777777" w:rsidTr="00FB54A3">
        <w:tblPrEx>
          <w:jc w:val="center"/>
          <w:tblInd w:w="0" w:type="dxa"/>
        </w:tblPrEx>
        <w:trPr>
          <w:trHeight w:val="170"/>
          <w:jc w:val="center"/>
        </w:trPr>
        <w:tc>
          <w:tcPr>
            <w:tcW w:w="5000" w:type="pct"/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CB175CD" w14:textId="77777777" w:rsidR="005A06F7" w:rsidRPr="00150C96" w:rsidRDefault="005A06F7" w:rsidP="007545F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color w:val="222222"/>
                <w:sz w:val="18"/>
                <w:szCs w:val="18"/>
                <w:lang w:val="it-IT"/>
              </w:rPr>
            </w:pPr>
            <w:r w:rsidRPr="00150C96">
              <w:rPr>
                <w:rFonts w:asciiTheme="majorHAnsi" w:hAnsiTheme="majorHAnsi" w:cstheme="majorHAnsi"/>
                <w:color w:val="222222"/>
                <w:sz w:val="18"/>
                <w:szCs w:val="18"/>
                <w:lang w:val="it-IT"/>
              </w:rPr>
              <w:t>N. Protocollo: _______________________________</w:t>
            </w:r>
          </w:p>
          <w:p w14:paraId="37F86A8E" w14:textId="08300DC2" w:rsidR="00140FD8" w:rsidRPr="00150C96" w:rsidRDefault="005A06F7" w:rsidP="007545F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color w:val="222222"/>
                <w:sz w:val="18"/>
                <w:szCs w:val="18"/>
                <w:lang w:val="it-IT"/>
              </w:rPr>
            </w:pPr>
            <w:r w:rsidRPr="00150C96">
              <w:rPr>
                <w:rFonts w:asciiTheme="majorHAnsi" w:hAnsiTheme="majorHAnsi" w:cstheme="majorHAnsi"/>
                <w:color w:val="222222"/>
                <w:sz w:val="18"/>
                <w:szCs w:val="18"/>
                <w:lang w:val="it-IT"/>
              </w:rPr>
              <w:t>Data Protocollo: ____/____/________</w:t>
            </w:r>
          </w:p>
          <w:p w14:paraId="57FEAF01" w14:textId="501C9C15" w:rsidR="005A06F7" w:rsidRPr="00150C96" w:rsidRDefault="005A06F7" w:rsidP="007545F2">
            <w:pPr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it-IT"/>
              </w:rPr>
            </w:pPr>
            <w:r w:rsidRPr="00150C96">
              <w:rPr>
                <w:rFonts w:asciiTheme="majorHAnsi" w:hAnsiTheme="majorHAnsi" w:cstheme="majorHAnsi"/>
                <w:color w:val="222222"/>
                <w:sz w:val="18"/>
                <w:szCs w:val="18"/>
                <w:lang w:val="it-IT"/>
              </w:rPr>
              <w:t>Firma Operatore</w:t>
            </w:r>
          </w:p>
        </w:tc>
      </w:tr>
      <w:tr w:rsidR="00C17C1C" w:rsidRPr="00150C96" w14:paraId="2543159D" w14:textId="77777777" w:rsidTr="00FB54A3">
        <w:tblPrEx>
          <w:jc w:val="center"/>
          <w:tblInd w:w="0" w:type="dxa"/>
        </w:tblPrEx>
        <w:trPr>
          <w:trHeight w:val="170"/>
          <w:jc w:val="center"/>
        </w:trPr>
        <w:tc>
          <w:tcPr>
            <w:tcW w:w="5000" w:type="pct"/>
            <w:shd w:val="clear" w:color="auto" w:fill="F0F4F8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7528EF5" w14:textId="4DCCAFB0" w:rsidR="00C17C1C" w:rsidRPr="00150C96" w:rsidRDefault="00C17C1C" w:rsidP="00140FD8">
            <w:pPr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  <w:lang w:val="it-IT"/>
              </w:rPr>
            </w:pPr>
            <w:r w:rsidRPr="00150C96">
              <w:rPr>
                <w:rFonts w:asciiTheme="majorHAnsi" w:hAnsiTheme="majorHAnsi" w:cstheme="majorHAnsi"/>
                <w:sz w:val="18"/>
                <w:szCs w:val="18"/>
                <w:lang w:val="it-IT"/>
              </w:rPr>
              <w:t>CENTRO COMUNALE DI RACCOLTA (CCR - VIA AGRI)</w:t>
            </w:r>
          </w:p>
        </w:tc>
      </w:tr>
      <w:tr w:rsidR="00140FD8" w:rsidRPr="00150C96" w14:paraId="4E8380E8" w14:textId="77777777" w:rsidTr="00FB54A3">
        <w:tblPrEx>
          <w:jc w:val="center"/>
          <w:tblInd w:w="0" w:type="dxa"/>
        </w:tblPrEx>
        <w:trPr>
          <w:trHeight w:val="170"/>
          <w:jc w:val="center"/>
        </w:trPr>
        <w:tc>
          <w:tcPr>
            <w:tcW w:w="5000" w:type="pct"/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73C5CA" w14:textId="77777777" w:rsidR="00140FD8" w:rsidRPr="00150C96" w:rsidRDefault="00140FD8" w:rsidP="007545F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color w:val="222222"/>
                <w:sz w:val="18"/>
                <w:szCs w:val="18"/>
                <w:lang w:val="it-IT"/>
              </w:rPr>
            </w:pPr>
            <w:r w:rsidRPr="00150C96">
              <w:rPr>
                <w:rFonts w:asciiTheme="majorHAnsi" w:hAnsiTheme="majorHAnsi" w:cstheme="majorHAnsi"/>
                <w:color w:val="222222"/>
                <w:sz w:val="18"/>
                <w:szCs w:val="18"/>
                <w:lang w:val="it-IT"/>
              </w:rPr>
              <w:t>Si attesta la consegna in data ____/____/________ dei nuovi contenitori dotati di Tag RFID associati:</w:t>
            </w:r>
          </w:p>
          <w:p w14:paraId="7877BF94" w14:textId="77777777" w:rsidR="00140FD8" w:rsidRPr="00150C96" w:rsidRDefault="00140FD8" w:rsidP="007545F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color w:val="222222"/>
                <w:sz w:val="18"/>
                <w:szCs w:val="18"/>
                <w:lang w:val="it-IT"/>
              </w:rPr>
            </w:pPr>
            <w:r w:rsidRPr="00150C96">
              <w:rPr>
                <w:rFonts w:asciiTheme="majorHAnsi" w:hAnsiTheme="majorHAnsi" w:cstheme="majorHAnsi"/>
                <w:color w:val="222222"/>
                <w:sz w:val="18"/>
                <w:szCs w:val="18"/>
                <w:lang w:val="it-IT"/>
              </w:rPr>
              <w:t xml:space="preserve">• </w:t>
            </w:r>
            <w:r w:rsidRPr="00150C96">
              <w:rPr>
                <w:rFonts w:asciiTheme="majorHAnsi" w:hAnsiTheme="majorHAnsi" w:cstheme="majorHAnsi"/>
                <w:b/>
                <w:bCs/>
                <w:color w:val="222222"/>
                <w:sz w:val="18"/>
                <w:szCs w:val="18"/>
                <w:lang w:val="it-IT"/>
              </w:rPr>
              <w:t xml:space="preserve">Organico RFID: </w:t>
            </w:r>
            <w:r w:rsidRPr="00150C96">
              <w:rPr>
                <w:rFonts w:asciiTheme="majorHAnsi" w:hAnsiTheme="majorHAnsi" w:cstheme="majorHAnsi"/>
                <w:color w:val="222222"/>
                <w:sz w:val="18"/>
                <w:szCs w:val="18"/>
                <w:lang w:val="it-IT"/>
              </w:rPr>
              <w:t xml:space="preserve">_______________________ • </w:t>
            </w:r>
            <w:r w:rsidRPr="00150C96">
              <w:rPr>
                <w:rFonts w:asciiTheme="majorHAnsi" w:hAnsiTheme="majorHAnsi" w:cstheme="majorHAnsi"/>
                <w:b/>
                <w:bCs/>
                <w:color w:val="222222"/>
                <w:sz w:val="18"/>
                <w:szCs w:val="18"/>
                <w:lang w:val="it-IT"/>
              </w:rPr>
              <w:t xml:space="preserve">Carta RFID: </w:t>
            </w:r>
            <w:r w:rsidRPr="00150C96">
              <w:rPr>
                <w:rFonts w:asciiTheme="majorHAnsi" w:hAnsiTheme="majorHAnsi" w:cstheme="majorHAnsi"/>
                <w:color w:val="222222"/>
                <w:sz w:val="18"/>
                <w:szCs w:val="18"/>
                <w:lang w:val="it-IT"/>
              </w:rPr>
              <w:t>_______________________</w:t>
            </w:r>
          </w:p>
          <w:p w14:paraId="24FD91DE" w14:textId="77777777" w:rsidR="00140FD8" w:rsidRPr="00150C96" w:rsidRDefault="00140FD8" w:rsidP="007545F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color w:val="222222"/>
                <w:sz w:val="18"/>
                <w:szCs w:val="18"/>
                <w:lang w:val="it-IT"/>
              </w:rPr>
            </w:pPr>
            <w:r w:rsidRPr="00150C96">
              <w:rPr>
                <w:rFonts w:asciiTheme="majorHAnsi" w:hAnsiTheme="majorHAnsi" w:cstheme="majorHAnsi"/>
                <w:color w:val="222222"/>
                <w:sz w:val="18"/>
                <w:szCs w:val="18"/>
                <w:lang w:val="it-IT"/>
              </w:rPr>
              <w:t xml:space="preserve">• </w:t>
            </w:r>
            <w:r w:rsidRPr="00150C96">
              <w:rPr>
                <w:rFonts w:asciiTheme="majorHAnsi" w:hAnsiTheme="majorHAnsi" w:cstheme="majorHAnsi"/>
                <w:b/>
                <w:bCs/>
                <w:color w:val="222222"/>
                <w:sz w:val="18"/>
                <w:szCs w:val="18"/>
                <w:lang w:val="it-IT"/>
              </w:rPr>
              <w:t xml:space="preserve">Vetro RFID: </w:t>
            </w:r>
            <w:r w:rsidRPr="00150C96">
              <w:rPr>
                <w:rFonts w:asciiTheme="majorHAnsi" w:hAnsiTheme="majorHAnsi" w:cstheme="majorHAnsi"/>
                <w:color w:val="222222"/>
                <w:sz w:val="18"/>
                <w:szCs w:val="18"/>
                <w:lang w:val="it-IT"/>
              </w:rPr>
              <w:t xml:space="preserve">__________________________ • </w:t>
            </w:r>
            <w:r w:rsidRPr="00150C96">
              <w:rPr>
                <w:rFonts w:asciiTheme="majorHAnsi" w:hAnsiTheme="majorHAnsi" w:cstheme="majorHAnsi"/>
                <w:b/>
                <w:bCs/>
                <w:color w:val="222222"/>
                <w:sz w:val="18"/>
                <w:szCs w:val="18"/>
                <w:lang w:val="it-IT"/>
              </w:rPr>
              <w:t xml:space="preserve">Plastica/Metalli RFID: </w:t>
            </w:r>
            <w:r w:rsidRPr="00150C96">
              <w:rPr>
                <w:rFonts w:asciiTheme="majorHAnsi" w:hAnsiTheme="majorHAnsi" w:cstheme="majorHAnsi"/>
                <w:color w:val="222222"/>
                <w:sz w:val="18"/>
                <w:szCs w:val="18"/>
                <w:lang w:val="it-IT"/>
              </w:rPr>
              <w:t>________________</w:t>
            </w:r>
          </w:p>
          <w:p w14:paraId="2ED1CA4A" w14:textId="77777777" w:rsidR="00140FD8" w:rsidRPr="00150C96" w:rsidRDefault="00140FD8" w:rsidP="007545F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color w:val="222222"/>
                <w:sz w:val="18"/>
                <w:szCs w:val="18"/>
                <w:lang w:val="it-IT"/>
              </w:rPr>
            </w:pPr>
            <w:r w:rsidRPr="00150C96">
              <w:rPr>
                <w:rFonts w:asciiTheme="majorHAnsi" w:hAnsiTheme="majorHAnsi" w:cstheme="majorHAnsi"/>
                <w:color w:val="222222"/>
                <w:sz w:val="18"/>
                <w:szCs w:val="18"/>
                <w:lang w:val="it-IT"/>
              </w:rPr>
              <w:t xml:space="preserve">• </w:t>
            </w:r>
            <w:r w:rsidRPr="00150C96">
              <w:rPr>
                <w:rFonts w:asciiTheme="majorHAnsi" w:hAnsiTheme="majorHAnsi" w:cstheme="majorHAnsi"/>
                <w:b/>
                <w:bCs/>
                <w:color w:val="222222"/>
                <w:sz w:val="18"/>
                <w:szCs w:val="18"/>
                <w:lang w:val="it-IT"/>
              </w:rPr>
              <w:t xml:space="preserve">Secco Residuo RFID: </w:t>
            </w:r>
            <w:r w:rsidRPr="00150C96">
              <w:rPr>
                <w:rFonts w:asciiTheme="majorHAnsi" w:hAnsiTheme="majorHAnsi" w:cstheme="majorHAnsi"/>
                <w:color w:val="222222"/>
                <w:sz w:val="18"/>
                <w:szCs w:val="18"/>
                <w:lang w:val="it-IT"/>
              </w:rPr>
              <w:t xml:space="preserve">___________________ • </w:t>
            </w:r>
            <w:r w:rsidRPr="00150C96">
              <w:rPr>
                <w:rFonts w:asciiTheme="majorHAnsi" w:hAnsiTheme="majorHAnsi" w:cstheme="majorHAnsi"/>
                <w:b/>
                <w:bCs/>
                <w:color w:val="222222"/>
                <w:sz w:val="18"/>
                <w:szCs w:val="18"/>
                <w:lang w:val="it-IT"/>
              </w:rPr>
              <w:t xml:space="preserve">Altro/Bidone RFID: </w:t>
            </w:r>
            <w:r w:rsidRPr="00150C96">
              <w:rPr>
                <w:rFonts w:asciiTheme="majorHAnsi" w:hAnsiTheme="majorHAnsi" w:cstheme="majorHAnsi"/>
                <w:color w:val="222222"/>
                <w:sz w:val="18"/>
                <w:szCs w:val="18"/>
                <w:lang w:val="it-IT"/>
              </w:rPr>
              <w:t>____________________</w:t>
            </w:r>
          </w:p>
          <w:p w14:paraId="6A2953DF" w14:textId="414A4E27" w:rsidR="00140FD8" w:rsidRPr="00150C96" w:rsidRDefault="00140FD8" w:rsidP="007545F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color w:val="222222"/>
                <w:sz w:val="18"/>
                <w:szCs w:val="18"/>
                <w:lang w:val="it-IT"/>
              </w:rPr>
            </w:pPr>
            <w:r w:rsidRPr="00150C96">
              <w:rPr>
                <w:rFonts w:asciiTheme="majorHAnsi" w:hAnsiTheme="majorHAnsi" w:cstheme="majorHAnsi"/>
                <w:b/>
                <w:bCs/>
                <w:color w:val="222222"/>
                <w:sz w:val="18"/>
                <w:szCs w:val="18"/>
                <w:lang w:val="it-IT"/>
              </w:rPr>
              <w:t xml:space="preserve">Firma Utente per Ricevuta: </w:t>
            </w:r>
            <w:r w:rsidRPr="00150C96">
              <w:rPr>
                <w:rFonts w:asciiTheme="majorHAnsi" w:hAnsiTheme="majorHAnsi" w:cstheme="majorHAnsi"/>
                <w:color w:val="222222"/>
                <w:sz w:val="18"/>
                <w:szCs w:val="18"/>
                <w:lang w:val="it-IT"/>
              </w:rPr>
              <w:t xml:space="preserve">___________________________ </w:t>
            </w:r>
            <w:r w:rsidRPr="00150C96">
              <w:rPr>
                <w:rFonts w:asciiTheme="majorHAnsi" w:hAnsiTheme="majorHAnsi" w:cstheme="majorHAnsi"/>
                <w:b/>
                <w:bCs/>
                <w:color w:val="222222"/>
                <w:sz w:val="18"/>
                <w:szCs w:val="18"/>
                <w:lang w:val="it-IT"/>
              </w:rPr>
              <w:t xml:space="preserve">Firma Operatore CCR: </w:t>
            </w:r>
            <w:r w:rsidRPr="00150C96">
              <w:rPr>
                <w:rFonts w:asciiTheme="majorHAnsi" w:hAnsiTheme="majorHAnsi" w:cstheme="majorHAnsi"/>
                <w:color w:val="222222"/>
                <w:sz w:val="18"/>
                <w:szCs w:val="18"/>
                <w:lang w:val="it-IT"/>
              </w:rPr>
              <w:t>___________________________</w:t>
            </w:r>
          </w:p>
        </w:tc>
      </w:tr>
    </w:tbl>
    <w:p w14:paraId="3AE09F9E" w14:textId="5C6F5588" w:rsidR="007545F2" w:rsidRPr="007545F2" w:rsidRDefault="00140FD8" w:rsidP="00140FD8">
      <w:pPr>
        <w:spacing w:after="0" w:line="240" w:lineRule="auto"/>
        <w:jc w:val="both"/>
        <w:rPr>
          <w:i/>
          <w:iCs/>
          <w:sz w:val="16"/>
          <w:szCs w:val="18"/>
          <w:lang w:val="it-IT"/>
        </w:rPr>
      </w:pPr>
      <w:r w:rsidRPr="00140FD8">
        <w:rPr>
          <w:b/>
          <w:bCs/>
          <w:i/>
          <w:iCs/>
          <w:sz w:val="16"/>
          <w:szCs w:val="18"/>
          <w:lang w:val="it-IT"/>
        </w:rPr>
        <w:t xml:space="preserve">Informativa Privacy (Art. 13 Reg. UE 2016/679 - GDPR): </w:t>
      </w:r>
      <w:r w:rsidRPr="00140FD8">
        <w:rPr>
          <w:i/>
          <w:iCs/>
          <w:sz w:val="16"/>
          <w:szCs w:val="18"/>
          <w:lang w:val="it-IT"/>
        </w:rPr>
        <w:t>I dati forniti saranno trattati dal Comune di Policoro esclusivamente per la gestione del procedimento di sostituzione attrezzature della raccolta differenziata e le relative verifiche della posizione TARI.</w:t>
      </w:r>
    </w:p>
    <w:sectPr w:rsidR="007545F2" w:rsidRPr="007545F2" w:rsidSect="00150C96">
      <w:headerReference w:type="default" r:id="rId8"/>
      <w:footerReference w:type="default" r:id="rId9"/>
      <w:pgSz w:w="11909" w:h="16834"/>
      <w:pgMar w:top="720" w:right="720" w:bottom="720" w:left="720" w:header="142" w:footer="57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8A633" w14:textId="77777777" w:rsidR="00E86E52" w:rsidRDefault="00E86E52">
      <w:pPr>
        <w:spacing w:after="0" w:line="240" w:lineRule="auto"/>
      </w:pPr>
      <w:r>
        <w:separator/>
      </w:r>
    </w:p>
  </w:endnote>
  <w:endnote w:type="continuationSeparator" w:id="0">
    <w:p w14:paraId="1DB1D345" w14:textId="77777777" w:rsidR="00E86E52" w:rsidRDefault="00E86E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BB158" w14:textId="7D612C38" w:rsidR="00296B75" w:rsidRPr="008F28A2" w:rsidRDefault="00BE34F5">
    <w:pPr>
      <w:pStyle w:val="Pidipagina"/>
      <w:jc w:val="center"/>
      <w:rPr>
        <w:lang w:val="it-IT"/>
      </w:rPr>
    </w:pPr>
    <w:r w:rsidRPr="008F28A2">
      <w:rPr>
        <w:color w:val="787878"/>
        <w:sz w:val="17"/>
        <w:lang w:val="it-IT"/>
      </w:rPr>
      <w:t xml:space="preserve">Modulo | Richiesta Reintegro Attrezzature per Furto/Smarrimento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061F7" w14:textId="77777777" w:rsidR="00E86E52" w:rsidRDefault="00E86E52">
      <w:pPr>
        <w:spacing w:after="0" w:line="240" w:lineRule="auto"/>
      </w:pPr>
      <w:r>
        <w:separator/>
      </w:r>
    </w:p>
  </w:footnote>
  <w:footnote w:type="continuationSeparator" w:id="0">
    <w:p w14:paraId="3BC4E87A" w14:textId="77777777" w:rsidR="00E86E52" w:rsidRDefault="00E86E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1E9AD" w14:textId="07BAC832" w:rsidR="005A06F7" w:rsidRPr="00150C96" w:rsidRDefault="00150C96" w:rsidP="00150C96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239ED79E" wp14:editId="30156C23">
          <wp:extent cx="5114925" cy="928866"/>
          <wp:effectExtent l="0" t="0" r="0" b="5080"/>
          <wp:docPr id="1114279371" name="Immagine 11142793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estataCOMUN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47630" cy="934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14445595">
    <w:abstractNumId w:val="8"/>
  </w:num>
  <w:num w:numId="2" w16cid:durableId="187564794">
    <w:abstractNumId w:val="6"/>
  </w:num>
  <w:num w:numId="3" w16cid:durableId="2045131239">
    <w:abstractNumId w:val="5"/>
  </w:num>
  <w:num w:numId="4" w16cid:durableId="1353533395">
    <w:abstractNumId w:val="4"/>
  </w:num>
  <w:num w:numId="5" w16cid:durableId="265117426">
    <w:abstractNumId w:val="7"/>
  </w:num>
  <w:num w:numId="6" w16cid:durableId="631985137">
    <w:abstractNumId w:val="3"/>
  </w:num>
  <w:num w:numId="7" w16cid:durableId="1494180291">
    <w:abstractNumId w:val="2"/>
  </w:num>
  <w:num w:numId="8" w16cid:durableId="1480075785">
    <w:abstractNumId w:val="1"/>
  </w:num>
  <w:num w:numId="9" w16cid:durableId="1990018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4601"/>
    <w:rsid w:val="00140FD8"/>
    <w:rsid w:val="0015074B"/>
    <w:rsid w:val="00150C96"/>
    <w:rsid w:val="001F29E8"/>
    <w:rsid w:val="00232328"/>
    <w:rsid w:val="0029639D"/>
    <w:rsid w:val="00296B75"/>
    <w:rsid w:val="002A283D"/>
    <w:rsid w:val="003003B2"/>
    <w:rsid w:val="00326F90"/>
    <w:rsid w:val="00426A0E"/>
    <w:rsid w:val="005A06F7"/>
    <w:rsid w:val="007545F2"/>
    <w:rsid w:val="00771605"/>
    <w:rsid w:val="007C59AF"/>
    <w:rsid w:val="007D7F92"/>
    <w:rsid w:val="008F28A2"/>
    <w:rsid w:val="00947F89"/>
    <w:rsid w:val="00993B00"/>
    <w:rsid w:val="00A86873"/>
    <w:rsid w:val="00AA1D8D"/>
    <w:rsid w:val="00B06825"/>
    <w:rsid w:val="00B47730"/>
    <w:rsid w:val="00BE34F5"/>
    <w:rsid w:val="00C17C1C"/>
    <w:rsid w:val="00CB0664"/>
    <w:rsid w:val="00CC0435"/>
    <w:rsid w:val="00E86E52"/>
    <w:rsid w:val="00EB5C04"/>
    <w:rsid w:val="00F21C5E"/>
    <w:rsid w:val="00FB54A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8FD141E"/>
  <w14:defaultImageDpi w14:val="330"/>
  <w15:docId w15:val="{0879CAE2-8055-41D5-9976-73FA825ED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Calibri" w:hAnsi="Calibri"/>
      <w:color w:val="262626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5A06F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A06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506</Words>
  <Characters>2887</Characters>
  <Application>Microsoft Office Word</Application>
  <DocSecurity>0</DocSecurity>
  <Lines>24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3387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SIC Admin</cp:lastModifiedBy>
  <cp:revision>2</cp:revision>
  <cp:lastPrinted>2026-09-11T14:37:00Z</cp:lastPrinted>
  <dcterms:created xsi:type="dcterms:W3CDTF">2026-09-17T06:40:00Z</dcterms:created>
  <dcterms:modified xsi:type="dcterms:W3CDTF">2026-09-17T06:40:00Z</dcterms:modified>
  <cp:category/>
</cp:coreProperties>
</file>